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B8352" w14:textId="77777777" w:rsidR="0078724F" w:rsidRDefault="00000000">
      <w:pPr>
        <w:spacing w:after="0"/>
        <w:jc w:val="center"/>
      </w:pPr>
      <w:proofErr w:type="spellStart"/>
      <w:r>
        <w:rPr>
          <w:rFonts w:ascii="Arial" w:eastAsia="Yu Gothic" w:hAnsi="Arial"/>
          <w:b/>
          <w:color w:val="1F4E78"/>
          <w:sz w:val="32"/>
        </w:rPr>
        <w:t>大阪経済大学</w:t>
      </w:r>
      <w:proofErr w:type="spellEnd"/>
      <w:r>
        <w:rPr>
          <w:rFonts w:ascii="Arial" w:eastAsia="Yu Gothic" w:hAnsi="Arial"/>
          <w:b/>
          <w:color w:val="1F4E78"/>
          <w:sz w:val="32"/>
        </w:rPr>
        <w:t xml:space="preserve">　</w:t>
      </w:r>
      <w:proofErr w:type="spellStart"/>
      <w:r>
        <w:rPr>
          <w:rFonts w:ascii="Arial" w:eastAsia="Yu Gothic" w:hAnsi="Arial"/>
          <w:b/>
          <w:color w:val="1F4E78"/>
          <w:sz w:val="32"/>
        </w:rPr>
        <w:t>交換留学申請書</w:t>
      </w:r>
      <w:proofErr w:type="spellEnd"/>
    </w:p>
    <w:p w14:paraId="3359A2A7" w14:textId="77777777" w:rsidR="0078724F" w:rsidRDefault="00000000">
      <w:pPr>
        <w:spacing w:after="60"/>
        <w:jc w:val="center"/>
      </w:pPr>
      <w:r>
        <w:rPr>
          <w:rFonts w:ascii="Arial" w:eastAsia="Yu Gothic" w:hAnsi="Arial"/>
          <w:b/>
          <w:color w:val="4472C4"/>
          <w:sz w:val="21"/>
        </w:rPr>
        <w:t>APPLICATION FOR EXCHANGE PROGRAM</w:t>
      </w:r>
    </w:p>
    <w:tbl>
      <w:tblPr>
        <w:tblW w:w="0" w:type="auto"/>
        <w:jc w:val="center"/>
        <w:tblBorders>
          <w:top w:val="single" w:sz="8" w:space="0" w:color="B4C7E7"/>
          <w:left w:val="single" w:sz="8" w:space="0" w:color="B4C7E7"/>
          <w:bottom w:val="single" w:sz="8" w:space="0" w:color="B4C7E7"/>
          <w:right w:val="single" w:sz="8" w:space="0" w:color="B4C7E7"/>
          <w:insideH w:val="single" w:sz="8" w:space="0" w:color="B4C7E7"/>
          <w:insideV w:val="single" w:sz="8" w:space="0" w:color="B4C7E7"/>
        </w:tblBorders>
        <w:tblLook w:val="04A0" w:firstRow="1" w:lastRow="0" w:firstColumn="1" w:lastColumn="0" w:noHBand="0" w:noVBand="1"/>
      </w:tblPr>
      <w:tblGrid>
        <w:gridCol w:w="10540"/>
      </w:tblGrid>
      <w:tr w:rsidR="0078724F" w14:paraId="712B9545" w14:textId="77777777">
        <w:trPr>
          <w:jc w:val="center"/>
        </w:trPr>
        <w:tc>
          <w:tcPr>
            <w:tcW w:w="10540" w:type="dxa"/>
            <w:shd w:val="clear" w:color="auto" w:fill="F4F8FB"/>
            <w:tcMar>
              <w:top w:w="75" w:type="dxa"/>
              <w:left w:w="120" w:type="dxa"/>
              <w:bottom w:w="75" w:type="dxa"/>
              <w:right w:w="120" w:type="dxa"/>
            </w:tcMar>
          </w:tcPr>
          <w:p w14:paraId="10C1AD8C" w14:textId="77777777" w:rsidR="00091623" w:rsidRDefault="00000000">
            <w:pPr>
              <w:spacing w:after="0"/>
            </w:pPr>
            <w:r>
              <w:rPr>
                <w:rFonts w:ascii="Arial" w:eastAsia="Yu Gothic" w:hAnsi="Arial"/>
                <w:b/>
                <w:color w:val="1F4E78"/>
                <w:sz w:val="18"/>
                <w:lang w:eastAsia="ja-JP"/>
              </w:rPr>
              <w:t>署名欄以外は、コンピューターで入力してください。提出時は</w:t>
            </w:r>
            <w:r>
              <w:rPr>
                <w:rFonts w:ascii="Arial" w:eastAsia="Yu Gothic" w:hAnsi="Arial"/>
                <w:b/>
                <w:color w:val="1F4E78"/>
                <w:sz w:val="18"/>
                <w:lang w:eastAsia="ja-JP"/>
              </w:rPr>
              <w:t>PDF</w:t>
            </w:r>
            <w:r>
              <w:rPr>
                <w:rFonts w:ascii="Arial" w:eastAsia="Yu Gothic" w:hAnsi="Arial"/>
                <w:b/>
                <w:color w:val="1F4E78"/>
                <w:sz w:val="18"/>
                <w:lang w:eastAsia="ja-JP"/>
              </w:rPr>
              <w:t>形式に変換して提出してください。</w:t>
            </w:r>
            <w:r>
              <w:rPr>
                <w:rFonts w:ascii="Arial" w:eastAsia="Yu Gothic" w:hAnsi="Arial"/>
                <w:color w:val="4472C4"/>
                <w:sz w:val="16"/>
                <w:lang w:eastAsia="ja-JP"/>
              </w:rPr>
              <w:br/>
            </w:r>
            <w:r>
              <w:rPr>
                <w:rFonts w:ascii="Arial" w:eastAsia="Yu Gothic" w:hAnsi="Arial"/>
                <w:color w:val="4472C4"/>
                <w:sz w:val="16"/>
              </w:rPr>
              <w:t>Please complete all sections by computer except for signature fields. Please convert the completed form to PDF and submit it.</w:t>
            </w:r>
          </w:p>
        </w:tc>
      </w:tr>
      <w:tr w:rsidR="0078724F" w14:paraId="7EEDE08A" w14:textId="77777777">
        <w:tblPrEx>
          <w:tblBorders>
            <w:top w:val="single" w:sz="8" w:space="0" w:color="D6A85F"/>
            <w:left w:val="single" w:sz="8" w:space="0" w:color="D6A85F"/>
            <w:bottom w:val="single" w:sz="8" w:space="0" w:color="D6A85F"/>
            <w:right w:val="single" w:sz="8" w:space="0" w:color="D6A85F"/>
            <w:insideH w:val="single" w:sz="8" w:space="0" w:color="D6A85F"/>
            <w:insideV w:val="single" w:sz="8" w:space="0" w:color="D6A85F"/>
          </w:tblBorders>
        </w:tblPrEx>
        <w:trPr>
          <w:jc w:val="center"/>
        </w:trPr>
        <w:tc>
          <w:tcPr>
            <w:tcW w:w="10540" w:type="dxa"/>
            <w:shd w:val="clear" w:color="auto" w:fill="FFF4E5"/>
            <w:tcMar>
              <w:top w:w="75" w:type="dxa"/>
              <w:left w:w="120" w:type="dxa"/>
              <w:bottom w:w="75" w:type="dxa"/>
              <w:right w:w="120" w:type="dxa"/>
            </w:tcMar>
          </w:tcPr>
          <w:p w14:paraId="300A67DC" w14:textId="77777777" w:rsidR="0078724F" w:rsidRDefault="00000000">
            <w:pPr>
              <w:spacing w:after="0"/>
              <w:rPr>
                <w:lang w:eastAsia="ja-JP"/>
              </w:rPr>
            </w:pPr>
            <w:r>
              <w:rPr>
                <w:rFonts w:ascii="Arial" w:eastAsia="Yu Gothic" w:hAnsi="Arial"/>
                <w:b/>
                <w:color w:val="1F4E78"/>
                <w:sz w:val="17"/>
                <w:lang w:eastAsia="ja-JP"/>
              </w:rPr>
              <w:t>注意</w:t>
            </w:r>
            <w:r>
              <w:rPr>
                <w:rFonts w:ascii="Arial" w:eastAsia="Yu Gothic" w:hAnsi="Arial"/>
                <w:b/>
                <w:color w:val="1F4E78"/>
                <w:sz w:val="17"/>
                <w:lang w:eastAsia="ja-JP"/>
              </w:rPr>
              <w:t xml:space="preserve"> / Important</w:t>
            </w:r>
          </w:p>
          <w:p w14:paraId="1A3F3D10" w14:textId="77777777" w:rsidR="0078724F" w:rsidRDefault="00000000">
            <w:pPr>
              <w:spacing w:after="0"/>
              <w:rPr>
                <w:lang w:eastAsia="ja-JP"/>
              </w:rPr>
            </w:pPr>
            <w:r>
              <w:rPr>
                <w:rFonts w:ascii="Arial" w:eastAsia="Yu Gothic" w:hAnsi="Arial"/>
                <w:b/>
                <w:sz w:val="16"/>
                <w:lang w:eastAsia="ja-JP"/>
              </w:rPr>
              <w:t>記入漏れや虚偽の記載、または提出書類に不備がある場合は、申請を受け付けられないことがあります。</w:t>
            </w:r>
          </w:p>
          <w:p w14:paraId="07165600" w14:textId="77777777" w:rsidR="0078724F" w:rsidRDefault="00000000">
            <w:pPr>
              <w:spacing w:after="0"/>
            </w:pPr>
            <w:r>
              <w:rPr>
                <w:rFonts w:ascii="Arial" w:eastAsia="Yu Gothic" w:hAnsi="Arial"/>
                <w:color w:val="4472C4"/>
                <w:sz w:val="15"/>
              </w:rPr>
              <w:t>Applications may not be accepted if information is missing or false, or if the submitted documents are incomplete or contain deficiencies.</w:t>
            </w:r>
          </w:p>
        </w:tc>
      </w:tr>
    </w:tbl>
    <w:p w14:paraId="06CC0439" w14:textId="77777777" w:rsidR="0078724F" w:rsidRDefault="00000000">
      <w:pPr>
        <w:shd w:val="clear" w:color="auto" w:fill="1F4E78"/>
        <w:spacing w:before="80" w:after="40"/>
      </w:pPr>
      <w:r>
        <w:rPr>
          <w:rFonts w:ascii="Arial" w:eastAsia="Yu Gothic" w:hAnsi="Arial"/>
          <w:b/>
          <w:color w:val="FFFFFF"/>
          <w:sz w:val="21"/>
        </w:rPr>
        <w:t xml:space="preserve">  </w:t>
      </w:r>
      <w:r>
        <w:rPr>
          <w:rFonts w:ascii="Arial" w:eastAsia="Yu Gothic" w:hAnsi="Arial"/>
          <w:b/>
          <w:color w:val="FFFFFF"/>
          <w:sz w:val="21"/>
        </w:rPr>
        <w:t>セクション</w:t>
      </w:r>
      <w:r>
        <w:rPr>
          <w:rFonts w:ascii="Arial" w:eastAsia="Yu Gothic" w:hAnsi="Arial"/>
          <w:b/>
          <w:color w:val="FFFFFF"/>
          <w:sz w:val="21"/>
        </w:rPr>
        <w:t>1</w:t>
      </w:r>
      <w:r>
        <w:rPr>
          <w:rFonts w:ascii="Arial" w:eastAsia="Yu Gothic" w:hAnsi="Arial"/>
          <w:b/>
          <w:color w:val="FFFFFF"/>
          <w:sz w:val="21"/>
        </w:rPr>
        <w:t>：申請者情報</w:t>
      </w:r>
      <w:r>
        <w:rPr>
          <w:rFonts w:ascii="Arial" w:eastAsia="Yu Gothic" w:hAnsi="Arial"/>
          <w:b/>
          <w:color w:val="FFFFFF"/>
          <w:sz w:val="17"/>
        </w:rPr>
        <w:t xml:space="preserve">  SECTION 1: APPLICANT INFORMATION</w:t>
      </w:r>
    </w:p>
    <w:tbl>
      <w:tblPr>
        <w:tblW w:w="0" w:type="auto"/>
        <w:jc w:val="center"/>
        <w:tblBorders>
          <w:top w:val="single" w:sz="6" w:space="0" w:color="9FBAD0"/>
          <w:left w:val="single" w:sz="6" w:space="0" w:color="9FBAD0"/>
          <w:bottom w:val="single" w:sz="6" w:space="0" w:color="9FBAD0"/>
          <w:right w:val="single" w:sz="6" w:space="0" w:color="9FBAD0"/>
          <w:insideH w:val="single" w:sz="6" w:space="0" w:color="9FBAD0"/>
          <w:insideV w:val="single" w:sz="6" w:space="0" w:color="9FBAD0"/>
        </w:tblBorders>
        <w:tblLayout w:type="fixed"/>
        <w:tblLook w:val="04A0" w:firstRow="1" w:lastRow="0" w:firstColumn="1" w:lastColumn="0" w:noHBand="0" w:noVBand="1"/>
      </w:tblPr>
      <w:tblGrid>
        <w:gridCol w:w="2721"/>
        <w:gridCol w:w="7483"/>
      </w:tblGrid>
      <w:tr w:rsidR="0078724F" w14:paraId="7F0067E7" w14:textId="77777777">
        <w:trPr>
          <w:cantSplit/>
          <w:jc w:val="center"/>
        </w:trPr>
        <w:tc>
          <w:tcPr>
            <w:tcW w:w="2721" w:type="dxa"/>
            <w:shd w:val="clear" w:color="auto" w:fill="DCE6F1"/>
            <w:tcMar>
              <w:top w:w="90" w:type="dxa"/>
              <w:left w:w="110" w:type="dxa"/>
              <w:bottom w:w="90" w:type="dxa"/>
              <w:right w:w="110" w:type="dxa"/>
            </w:tcMar>
            <w:vAlign w:val="center"/>
          </w:tcPr>
          <w:p w14:paraId="5BCABC5F" w14:textId="77777777" w:rsidR="0078724F" w:rsidRDefault="00000000">
            <w:pPr>
              <w:spacing w:after="0"/>
            </w:pPr>
            <w:proofErr w:type="spellStart"/>
            <w:r>
              <w:rPr>
                <w:rFonts w:ascii="Arial" w:eastAsia="Yu Gothic" w:hAnsi="Arial"/>
                <w:b/>
                <w:color w:val="1F4E78"/>
                <w:sz w:val="17"/>
              </w:rPr>
              <w:t>所属大学名</w:t>
            </w:r>
            <w:proofErr w:type="spellEnd"/>
            <w:r>
              <w:rPr>
                <w:rFonts w:ascii="Arial" w:eastAsia="Yu Gothic" w:hAnsi="Arial"/>
                <w:color w:val="4472C4"/>
                <w:sz w:val="15"/>
              </w:rPr>
              <w:br/>
              <w:t>Name of home university</w:t>
            </w:r>
          </w:p>
        </w:tc>
        <w:tc>
          <w:tcPr>
            <w:tcW w:w="7483" w:type="dxa"/>
            <w:tcMar>
              <w:top w:w="90" w:type="dxa"/>
              <w:left w:w="110" w:type="dxa"/>
              <w:bottom w:w="90" w:type="dxa"/>
              <w:right w:w="110" w:type="dxa"/>
            </w:tcMar>
            <w:vAlign w:val="center"/>
          </w:tcPr>
          <w:p w14:paraId="0BA97529" w14:textId="77777777" w:rsidR="0078724F" w:rsidRDefault="00000000">
            <w:r>
              <w:rPr>
                <w:rFonts w:ascii="Arial" w:eastAsia="Yu Gothic" w:hAnsi="Arial"/>
                <w:sz w:val="18"/>
              </w:rPr>
              <w:t xml:space="preserve"> </w:t>
            </w:r>
          </w:p>
        </w:tc>
      </w:tr>
      <w:tr w:rsidR="0078724F" w14:paraId="3CD5B3D8" w14:textId="77777777">
        <w:trPr>
          <w:cantSplit/>
          <w:jc w:val="center"/>
        </w:trPr>
        <w:tc>
          <w:tcPr>
            <w:tcW w:w="2721" w:type="dxa"/>
            <w:shd w:val="clear" w:color="auto" w:fill="DCE6F1"/>
            <w:tcMar>
              <w:top w:w="90" w:type="dxa"/>
              <w:left w:w="110" w:type="dxa"/>
              <w:bottom w:w="90" w:type="dxa"/>
              <w:right w:w="110" w:type="dxa"/>
            </w:tcMar>
            <w:vAlign w:val="center"/>
          </w:tcPr>
          <w:p w14:paraId="4D9F0A18" w14:textId="77777777" w:rsidR="0078724F" w:rsidRDefault="00000000">
            <w:pPr>
              <w:spacing w:after="0"/>
            </w:pPr>
            <w:proofErr w:type="spellStart"/>
            <w:r>
              <w:rPr>
                <w:rFonts w:ascii="Arial" w:eastAsia="Yu Gothic" w:hAnsi="Arial"/>
                <w:b/>
                <w:color w:val="1F4E78"/>
                <w:sz w:val="17"/>
              </w:rPr>
              <w:t>現在の所属課程</w:t>
            </w:r>
            <w:proofErr w:type="spellEnd"/>
            <w:r>
              <w:rPr>
                <w:rFonts w:ascii="Arial" w:eastAsia="Yu Gothic" w:hAnsi="Arial"/>
                <w:color w:val="4472C4"/>
                <w:sz w:val="15"/>
              </w:rPr>
              <w:br/>
              <w:t>Current program level</w:t>
            </w:r>
          </w:p>
        </w:tc>
        <w:tc>
          <w:tcPr>
            <w:tcW w:w="7483" w:type="dxa"/>
            <w:tcMar>
              <w:top w:w="90" w:type="dxa"/>
              <w:left w:w="110" w:type="dxa"/>
              <w:bottom w:w="90" w:type="dxa"/>
              <w:right w:w="110" w:type="dxa"/>
            </w:tcMar>
            <w:vAlign w:val="center"/>
          </w:tcPr>
          <w:p w14:paraId="69531A40"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学部</w:t>
            </w:r>
            <w:proofErr w:type="spellEnd"/>
            <w:r>
              <w:rPr>
                <w:rFonts w:ascii="Arial" w:eastAsia="Yu Gothic" w:hAnsi="Arial"/>
                <w:color w:val="4472C4"/>
                <w:sz w:val="15"/>
              </w:rPr>
              <w:t xml:space="preserve">  Undergraduate</w:t>
            </w:r>
          </w:p>
          <w:p w14:paraId="3422F9CB"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大学院</w:t>
            </w:r>
            <w:proofErr w:type="spellEnd"/>
            <w:r>
              <w:rPr>
                <w:rFonts w:ascii="Arial" w:eastAsia="Yu Gothic" w:hAnsi="Arial"/>
                <w:color w:val="4472C4"/>
                <w:sz w:val="15"/>
              </w:rPr>
              <w:t xml:space="preserve">  Graduate</w:t>
            </w:r>
          </w:p>
        </w:tc>
      </w:tr>
      <w:tr w:rsidR="0078724F" w14:paraId="28ECDE5C" w14:textId="77777777">
        <w:trPr>
          <w:cantSplit/>
          <w:jc w:val="center"/>
        </w:trPr>
        <w:tc>
          <w:tcPr>
            <w:tcW w:w="2721" w:type="dxa"/>
            <w:shd w:val="clear" w:color="auto" w:fill="DCE6F1"/>
            <w:tcMar>
              <w:top w:w="90" w:type="dxa"/>
              <w:left w:w="110" w:type="dxa"/>
              <w:bottom w:w="90" w:type="dxa"/>
              <w:right w:w="110" w:type="dxa"/>
            </w:tcMar>
            <w:vAlign w:val="center"/>
          </w:tcPr>
          <w:p w14:paraId="6D6129CD" w14:textId="77777777" w:rsidR="0078724F" w:rsidRDefault="00000000">
            <w:pPr>
              <w:spacing w:after="0"/>
            </w:pPr>
            <w:proofErr w:type="spellStart"/>
            <w:r>
              <w:rPr>
                <w:rFonts w:ascii="Arial" w:eastAsia="Yu Gothic" w:hAnsi="Arial"/>
                <w:b/>
                <w:color w:val="1F4E78"/>
                <w:sz w:val="17"/>
              </w:rPr>
              <w:t>所属学部・研究科</w:t>
            </w:r>
            <w:proofErr w:type="spellEnd"/>
            <w:r>
              <w:rPr>
                <w:rFonts w:ascii="Arial" w:eastAsia="Yu Gothic" w:hAnsi="Arial"/>
                <w:color w:val="4472C4"/>
                <w:sz w:val="15"/>
              </w:rPr>
              <w:br/>
              <w:t>Faculty / Graduate School at home university</w:t>
            </w:r>
          </w:p>
        </w:tc>
        <w:tc>
          <w:tcPr>
            <w:tcW w:w="7483" w:type="dxa"/>
            <w:tcMar>
              <w:top w:w="90" w:type="dxa"/>
              <w:left w:w="110" w:type="dxa"/>
              <w:bottom w:w="90" w:type="dxa"/>
              <w:right w:w="110" w:type="dxa"/>
            </w:tcMar>
            <w:vAlign w:val="center"/>
          </w:tcPr>
          <w:p w14:paraId="438D907D" w14:textId="77777777" w:rsidR="0078724F" w:rsidRDefault="00000000">
            <w:r>
              <w:rPr>
                <w:rFonts w:ascii="Arial" w:eastAsia="Yu Gothic" w:hAnsi="Arial"/>
                <w:sz w:val="18"/>
              </w:rPr>
              <w:t xml:space="preserve"> </w:t>
            </w:r>
          </w:p>
        </w:tc>
      </w:tr>
      <w:tr w:rsidR="0078724F" w14:paraId="7A3AE331" w14:textId="77777777">
        <w:trPr>
          <w:cantSplit/>
          <w:jc w:val="center"/>
        </w:trPr>
        <w:tc>
          <w:tcPr>
            <w:tcW w:w="2721" w:type="dxa"/>
            <w:shd w:val="clear" w:color="auto" w:fill="DCE6F1"/>
            <w:tcMar>
              <w:top w:w="90" w:type="dxa"/>
              <w:left w:w="110" w:type="dxa"/>
              <w:bottom w:w="90" w:type="dxa"/>
              <w:right w:w="110" w:type="dxa"/>
            </w:tcMar>
            <w:vAlign w:val="center"/>
          </w:tcPr>
          <w:p w14:paraId="221B25D2" w14:textId="77777777" w:rsidR="0078724F" w:rsidRDefault="00000000">
            <w:pPr>
              <w:spacing w:after="0"/>
            </w:pPr>
            <w:proofErr w:type="spellStart"/>
            <w:r>
              <w:rPr>
                <w:rFonts w:ascii="Arial" w:eastAsia="Yu Gothic" w:hAnsi="Arial"/>
                <w:b/>
                <w:color w:val="1F4E78"/>
                <w:sz w:val="17"/>
              </w:rPr>
              <w:t>学年</w:t>
            </w:r>
            <w:proofErr w:type="spellEnd"/>
            <w:r>
              <w:rPr>
                <w:rFonts w:ascii="Arial" w:eastAsia="Yu Gothic" w:hAnsi="Arial"/>
                <w:color w:val="4472C4"/>
                <w:sz w:val="15"/>
              </w:rPr>
              <w:br/>
              <w:t>Year of study</w:t>
            </w:r>
          </w:p>
        </w:tc>
        <w:tc>
          <w:tcPr>
            <w:tcW w:w="7483" w:type="dxa"/>
            <w:tcMar>
              <w:top w:w="90" w:type="dxa"/>
              <w:left w:w="110" w:type="dxa"/>
              <w:bottom w:w="90" w:type="dxa"/>
              <w:right w:w="110" w:type="dxa"/>
            </w:tcMar>
            <w:vAlign w:val="center"/>
          </w:tcPr>
          <w:p w14:paraId="0686BE30" w14:textId="77777777" w:rsidR="0078724F" w:rsidRDefault="00000000">
            <w:r>
              <w:rPr>
                <w:rFonts w:ascii="Arial" w:eastAsia="Yu Gothic" w:hAnsi="Arial"/>
                <w:sz w:val="18"/>
              </w:rPr>
              <w:t xml:space="preserve"> </w:t>
            </w:r>
          </w:p>
        </w:tc>
      </w:tr>
      <w:tr w:rsidR="0078724F" w14:paraId="04073D29" w14:textId="77777777">
        <w:trPr>
          <w:cantSplit/>
          <w:jc w:val="center"/>
        </w:trPr>
        <w:tc>
          <w:tcPr>
            <w:tcW w:w="2721" w:type="dxa"/>
            <w:shd w:val="clear" w:color="auto" w:fill="DCE6F1"/>
            <w:tcMar>
              <w:top w:w="90" w:type="dxa"/>
              <w:left w:w="110" w:type="dxa"/>
              <w:bottom w:w="90" w:type="dxa"/>
              <w:right w:w="110" w:type="dxa"/>
            </w:tcMar>
            <w:vAlign w:val="center"/>
          </w:tcPr>
          <w:p w14:paraId="402AD200" w14:textId="77777777" w:rsidR="0078724F" w:rsidRDefault="00000000">
            <w:pPr>
              <w:spacing w:after="0"/>
            </w:pPr>
            <w:proofErr w:type="spellStart"/>
            <w:r>
              <w:rPr>
                <w:rFonts w:ascii="Arial" w:eastAsia="Yu Gothic" w:hAnsi="Arial"/>
                <w:b/>
                <w:color w:val="1F4E78"/>
                <w:sz w:val="17"/>
              </w:rPr>
              <w:t>英字氏名</w:t>
            </w:r>
            <w:proofErr w:type="spellEnd"/>
            <w:r>
              <w:rPr>
                <w:rFonts w:ascii="Arial" w:eastAsia="Yu Gothic" w:hAnsi="Arial"/>
                <w:color w:val="4472C4"/>
                <w:sz w:val="15"/>
              </w:rPr>
              <w:br/>
              <w:t>Full name in English</w:t>
            </w:r>
          </w:p>
        </w:tc>
        <w:tc>
          <w:tcPr>
            <w:tcW w:w="7483" w:type="dxa"/>
            <w:tcMar>
              <w:top w:w="90" w:type="dxa"/>
              <w:left w:w="110" w:type="dxa"/>
              <w:bottom w:w="90" w:type="dxa"/>
              <w:right w:w="110" w:type="dxa"/>
            </w:tcMar>
            <w:vAlign w:val="center"/>
          </w:tcPr>
          <w:p w14:paraId="45C725F0" w14:textId="77777777" w:rsidR="0078724F" w:rsidRDefault="00000000">
            <w:r>
              <w:rPr>
                <w:rFonts w:ascii="Arial" w:eastAsia="Yu Gothic" w:hAnsi="Arial"/>
                <w:sz w:val="18"/>
              </w:rPr>
              <w:t xml:space="preserve"> </w:t>
            </w:r>
          </w:p>
        </w:tc>
      </w:tr>
      <w:tr w:rsidR="0078724F" w14:paraId="7F4BA08E" w14:textId="77777777">
        <w:trPr>
          <w:cantSplit/>
          <w:jc w:val="center"/>
        </w:trPr>
        <w:tc>
          <w:tcPr>
            <w:tcW w:w="2721" w:type="dxa"/>
            <w:shd w:val="clear" w:color="auto" w:fill="DCE6F1"/>
            <w:tcMar>
              <w:top w:w="90" w:type="dxa"/>
              <w:left w:w="110" w:type="dxa"/>
              <w:bottom w:w="90" w:type="dxa"/>
              <w:right w:w="110" w:type="dxa"/>
            </w:tcMar>
            <w:vAlign w:val="center"/>
          </w:tcPr>
          <w:p w14:paraId="24C2009F" w14:textId="77777777" w:rsidR="00091623" w:rsidRDefault="00000000">
            <w:pPr>
              <w:spacing w:after="0" w:line="245" w:lineRule="auto"/>
            </w:pPr>
            <w:proofErr w:type="spellStart"/>
            <w:r>
              <w:rPr>
                <w:rFonts w:ascii="Arial" w:eastAsia="Yu Gothic" w:hAnsi="Arial"/>
                <w:b/>
                <w:color w:val="1F4E78"/>
                <w:sz w:val="16"/>
              </w:rPr>
              <w:t>カナ氏名（該当者のみ</w:t>
            </w:r>
            <w:proofErr w:type="spellEnd"/>
            <w:r>
              <w:rPr>
                <w:rFonts w:ascii="Arial" w:eastAsia="Yu Gothic" w:hAnsi="Arial"/>
                <w:b/>
                <w:color w:val="1F4E78"/>
                <w:sz w:val="16"/>
              </w:rPr>
              <w:t>）</w:t>
            </w:r>
            <w:r>
              <w:rPr>
                <w:rFonts w:ascii="Arial" w:eastAsia="Yu Gothic" w:hAnsi="Arial"/>
                <w:color w:val="4472C4"/>
                <w:sz w:val="14"/>
              </w:rPr>
              <w:br/>
              <w:t>Full name in Japanese katakana, if applicable</w:t>
            </w:r>
          </w:p>
        </w:tc>
        <w:tc>
          <w:tcPr>
            <w:tcW w:w="7483" w:type="dxa"/>
            <w:tcMar>
              <w:top w:w="90" w:type="dxa"/>
              <w:left w:w="110" w:type="dxa"/>
              <w:bottom w:w="90" w:type="dxa"/>
              <w:right w:w="110" w:type="dxa"/>
            </w:tcMar>
            <w:vAlign w:val="center"/>
          </w:tcPr>
          <w:p w14:paraId="419EAC7A" w14:textId="77777777" w:rsidR="0078724F" w:rsidRDefault="00000000">
            <w:r>
              <w:rPr>
                <w:rFonts w:ascii="Arial" w:eastAsia="Yu Gothic" w:hAnsi="Arial"/>
                <w:sz w:val="18"/>
              </w:rPr>
              <w:t xml:space="preserve"> </w:t>
            </w:r>
          </w:p>
        </w:tc>
      </w:tr>
      <w:tr w:rsidR="0078724F" w14:paraId="179220A2" w14:textId="77777777">
        <w:trPr>
          <w:cantSplit/>
          <w:jc w:val="center"/>
        </w:trPr>
        <w:tc>
          <w:tcPr>
            <w:tcW w:w="2721" w:type="dxa"/>
            <w:shd w:val="clear" w:color="auto" w:fill="DCE6F1"/>
            <w:tcMar>
              <w:top w:w="90" w:type="dxa"/>
              <w:left w:w="110" w:type="dxa"/>
              <w:bottom w:w="90" w:type="dxa"/>
              <w:right w:w="110" w:type="dxa"/>
            </w:tcMar>
            <w:vAlign w:val="center"/>
          </w:tcPr>
          <w:p w14:paraId="135B586E" w14:textId="77777777" w:rsidR="0078724F" w:rsidRDefault="00000000">
            <w:pPr>
              <w:spacing w:after="0"/>
            </w:pPr>
            <w:proofErr w:type="spellStart"/>
            <w:r>
              <w:rPr>
                <w:rFonts w:ascii="Arial" w:eastAsia="Yu Gothic" w:hAnsi="Arial"/>
                <w:b/>
                <w:color w:val="1F4E78"/>
                <w:sz w:val="17"/>
              </w:rPr>
              <w:t>漢字氏名（該当者のみ</w:t>
            </w:r>
            <w:proofErr w:type="spellEnd"/>
            <w:r>
              <w:rPr>
                <w:rFonts w:ascii="Arial" w:eastAsia="Yu Gothic" w:hAnsi="Arial"/>
                <w:b/>
                <w:color w:val="1F4E78"/>
                <w:sz w:val="17"/>
              </w:rPr>
              <w:t>）</w:t>
            </w:r>
            <w:r>
              <w:rPr>
                <w:rFonts w:ascii="Arial" w:eastAsia="Yu Gothic" w:hAnsi="Arial"/>
                <w:color w:val="4472C4"/>
                <w:sz w:val="15"/>
              </w:rPr>
              <w:br/>
              <w:t>Full name in Chinese characters, if applicable</w:t>
            </w:r>
          </w:p>
        </w:tc>
        <w:tc>
          <w:tcPr>
            <w:tcW w:w="7483" w:type="dxa"/>
            <w:tcMar>
              <w:top w:w="90" w:type="dxa"/>
              <w:left w:w="110" w:type="dxa"/>
              <w:bottom w:w="90" w:type="dxa"/>
              <w:right w:w="110" w:type="dxa"/>
            </w:tcMar>
            <w:vAlign w:val="center"/>
          </w:tcPr>
          <w:p w14:paraId="325C3CB8" w14:textId="77777777" w:rsidR="0078724F" w:rsidRDefault="00000000">
            <w:r>
              <w:rPr>
                <w:rFonts w:ascii="Arial" w:eastAsia="Yu Gothic" w:hAnsi="Arial"/>
                <w:sz w:val="18"/>
              </w:rPr>
              <w:t xml:space="preserve"> </w:t>
            </w:r>
          </w:p>
        </w:tc>
      </w:tr>
      <w:tr w:rsidR="0078724F" w14:paraId="51DD7DEE" w14:textId="77777777">
        <w:trPr>
          <w:cantSplit/>
          <w:jc w:val="center"/>
        </w:trPr>
        <w:tc>
          <w:tcPr>
            <w:tcW w:w="2721" w:type="dxa"/>
            <w:shd w:val="clear" w:color="auto" w:fill="DCE6F1"/>
            <w:tcMar>
              <w:top w:w="90" w:type="dxa"/>
              <w:left w:w="110" w:type="dxa"/>
              <w:bottom w:w="90" w:type="dxa"/>
              <w:right w:w="110" w:type="dxa"/>
            </w:tcMar>
            <w:vAlign w:val="center"/>
          </w:tcPr>
          <w:p w14:paraId="5BFAACC2" w14:textId="77777777" w:rsidR="0078724F" w:rsidRDefault="00000000">
            <w:pPr>
              <w:spacing w:after="0"/>
            </w:pPr>
            <w:proofErr w:type="spellStart"/>
            <w:r>
              <w:rPr>
                <w:rFonts w:ascii="Arial" w:eastAsia="Yu Gothic" w:hAnsi="Arial"/>
                <w:b/>
                <w:color w:val="1F4E78"/>
                <w:sz w:val="17"/>
              </w:rPr>
              <w:t>生年月日</w:t>
            </w:r>
            <w:proofErr w:type="spellEnd"/>
            <w:r>
              <w:rPr>
                <w:rFonts w:ascii="Arial" w:eastAsia="Yu Gothic" w:hAnsi="Arial"/>
                <w:color w:val="4472C4"/>
                <w:sz w:val="15"/>
              </w:rPr>
              <w:br/>
              <w:t>Date of birth</w:t>
            </w:r>
          </w:p>
        </w:tc>
        <w:tc>
          <w:tcPr>
            <w:tcW w:w="7483" w:type="dxa"/>
            <w:tcMar>
              <w:top w:w="90" w:type="dxa"/>
              <w:left w:w="110" w:type="dxa"/>
              <w:bottom w:w="90" w:type="dxa"/>
              <w:right w:w="110" w:type="dxa"/>
            </w:tcMar>
            <w:vAlign w:val="center"/>
          </w:tcPr>
          <w:p w14:paraId="3AC27A60" w14:textId="77777777" w:rsidR="0078724F" w:rsidRDefault="00000000">
            <w:pPr>
              <w:jc w:val="center"/>
            </w:pPr>
            <w:r>
              <w:rPr>
                <w:rFonts w:ascii="Arial" w:eastAsia="Yu Gothic" w:hAnsi="Arial"/>
                <w:sz w:val="17"/>
              </w:rPr>
              <w:t xml:space="preserve">　　　　年　　　月　　　日</w:t>
            </w:r>
            <w:r>
              <w:rPr>
                <w:rFonts w:ascii="Arial" w:eastAsia="Yu Gothic" w:hAnsi="Arial"/>
                <w:color w:val="4472C4"/>
                <w:sz w:val="14"/>
              </w:rPr>
              <w:br/>
              <w:t xml:space="preserve">       Year        Month        Day</w:t>
            </w:r>
          </w:p>
        </w:tc>
      </w:tr>
      <w:tr w:rsidR="0078724F" w14:paraId="590ECFC1" w14:textId="77777777">
        <w:trPr>
          <w:cantSplit/>
          <w:jc w:val="center"/>
        </w:trPr>
        <w:tc>
          <w:tcPr>
            <w:tcW w:w="2721" w:type="dxa"/>
            <w:shd w:val="clear" w:color="auto" w:fill="DCE6F1"/>
            <w:tcMar>
              <w:top w:w="90" w:type="dxa"/>
              <w:left w:w="110" w:type="dxa"/>
              <w:bottom w:w="90" w:type="dxa"/>
              <w:right w:w="110" w:type="dxa"/>
            </w:tcMar>
            <w:vAlign w:val="center"/>
          </w:tcPr>
          <w:p w14:paraId="3934F11F" w14:textId="77777777" w:rsidR="0078724F" w:rsidRDefault="00000000">
            <w:pPr>
              <w:spacing w:after="0"/>
            </w:pPr>
            <w:proofErr w:type="spellStart"/>
            <w:r>
              <w:rPr>
                <w:rFonts w:ascii="Arial" w:eastAsia="Yu Gothic" w:hAnsi="Arial"/>
                <w:b/>
                <w:color w:val="1F4E78"/>
                <w:sz w:val="17"/>
              </w:rPr>
              <w:t>国籍</w:t>
            </w:r>
            <w:proofErr w:type="spellEnd"/>
            <w:r>
              <w:rPr>
                <w:rFonts w:ascii="Arial" w:eastAsia="Yu Gothic" w:hAnsi="Arial"/>
                <w:color w:val="4472C4"/>
                <w:sz w:val="15"/>
              </w:rPr>
              <w:br/>
              <w:t>Nationality</w:t>
            </w:r>
          </w:p>
        </w:tc>
        <w:tc>
          <w:tcPr>
            <w:tcW w:w="7483" w:type="dxa"/>
            <w:tcMar>
              <w:top w:w="90" w:type="dxa"/>
              <w:left w:w="110" w:type="dxa"/>
              <w:bottom w:w="90" w:type="dxa"/>
              <w:right w:w="110" w:type="dxa"/>
            </w:tcMar>
            <w:vAlign w:val="center"/>
          </w:tcPr>
          <w:p w14:paraId="3F130E0D" w14:textId="77777777" w:rsidR="0078724F" w:rsidRDefault="00000000">
            <w:r>
              <w:rPr>
                <w:rFonts w:ascii="Arial" w:eastAsia="Yu Gothic" w:hAnsi="Arial"/>
                <w:sz w:val="18"/>
              </w:rPr>
              <w:t xml:space="preserve"> </w:t>
            </w:r>
          </w:p>
        </w:tc>
      </w:tr>
      <w:tr w:rsidR="0078724F" w14:paraId="75558584" w14:textId="77777777">
        <w:trPr>
          <w:cantSplit/>
          <w:jc w:val="center"/>
        </w:trPr>
        <w:tc>
          <w:tcPr>
            <w:tcW w:w="2721" w:type="dxa"/>
            <w:shd w:val="clear" w:color="auto" w:fill="DCE6F1"/>
            <w:tcMar>
              <w:top w:w="90" w:type="dxa"/>
              <w:left w:w="110" w:type="dxa"/>
              <w:bottom w:w="90" w:type="dxa"/>
              <w:right w:w="110" w:type="dxa"/>
            </w:tcMar>
            <w:vAlign w:val="center"/>
          </w:tcPr>
          <w:p w14:paraId="28450072" w14:textId="77777777" w:rsidR="0078724F" w:rsidRDefault="00000000">
            <w:pPr>
              <w:spacing w:after="0"/>
            </w:pPr>
            <w:proofErr w:type="spellStart"/>
            <w:r>
              <w:rPr>
                <w:rFonts w:ascii="Arial" w:eastAsia="Yu Gothic" w:hAnsi="Arial"/>
                <w:b/>
                <w:color w:val="1F4E78"/>
                <w:sz w:val="17"/>
              </w:rPr>
              <w:t>パスポート番号</w:t>
            </w:r>
            <w:proofErr w:type="spellEnd"/>
            <w:r>
              <w:rPr>
                <w:rFonts w:ascii="Arial" w:eastAsia="Yu Gothic" w:hAnsi="Arial"/>
                <w:color w:val="4472C4"/>
                <w:sz w:val="15"/>
              </w:rPr>
              <w:br/>
              <w:t>Passport number</w:t>
            </w:r>
          </w:p>
        </w:tc>
        <w:tc>
          <w:tcPr>
            <w:tcW w:w="7483" w:type="dxa"/>
            <w:tcMar>
              <w:top w:w="90" w:type="dxa"/>
              <w:left w:w="110" w:type="dxa"/>
              <w:bottom w:w="90" w:type="dxa"/>
              <w:right w:w="110" w:type="dxa"/>
            </w:tcMar>
            <w:vAlign w:val="center"/>
          </w:tcPr>
          <w:p w14:paraId="7A2EED60" w14:textId="77777777" w:rsidR="0078724F" w:rsidRDefault="00000000">
            <w:r>
              <w:rPr>
                <w:rFonts w:ascii="Arial" w:eastAsia="Yu Gothic" w:hAnsi="Arial"/>
                <w:sz w:val="18"/>
              </w:rPr>
              <w:t xml:space="preserve"> </w:t>
            </w:r>
          </w:p>
        </w:tc>
      </w:tr>
      <w:tr w:rsidR="0078724F" w14:paraId="2C1D0B61" w14:textId="77777777">
        <w:trPr>
          <w:cantSplit/>
          <w:jc w:val="center"/>
        </w:trPr>
        <w:tc>
          <w:tcPr>
            <w:tcW w:w="2721" w:type="dxa"/>
            <w:shd w:val="clear" w:color="auto" w:fill="DCE6F1"/>
            <w:tcMar>
              <w:top w:w="90" w:type="dxa"/>
              <w:left w:w="110" w:type="dxa"/>
              <w:bottom w:w="90" w:type="dxa"/>
              <w:right w:w="110" w:type="dxa"/>
            </w:tcMar>
            <w:vAlign w:val="center"/>
          </w:tcPr>
          <w:p w14:paraId="6CF00CB7" w14:textId="77777777" w:rsidR="0078724F" w:rsidRDefault="00000000">
            <w:pPr>
              <w:spacing w:after="0"/>
            </w:pPr>
            <w:proofErr w:type="spellStart"/>
            <w:r>
              <w:rPr>
                <w:rFonts w:ascii="Arial" w:eastAsia="Yu Gothic" w:hAnsi="Arial"/>
                <w:b/>
                <w:color w:val="1F4E78"/>
                <w:sz w:val="17"/>
              </w:rPr>
              <w:t>メールアドレス</w:t>
            </w:r>
            <w:proofErr w:type="spellEnd"/>
            <w:r>
              <w:rPr>
                <w:rFonts w:ascii="Arial" w:eastAsia="Yu Gothic" w:hAnsi="Arial"/>
                <w:color w:val="4472C4"/>
                <w:sz w:val="15"/>
              </w:rPr>
              <w:br/>
              <w:t>Email address</w:t>
            </w:r>
          </w:p>
        </w:tc>
        <w:tc>
          <w:tcPr>
            <w:tcW w:w="7483" w:type="dxa"/>
            <w:tcMar>
              <w:top w:w="90" w:type="dxa"/>
              <w:left w:w="110" w:type="dxa"/>
              <w:bottom w:w="90" w:type="dxa"/>
              <w:right w:w="110" w:type="dxa"/>
            </w:tcMar>
            <w:vAlign w:val="center"/>
          </w:tcPr>
          <w:p w14:paraId="5024BABF" w14:textId="77777777" w:rsidR="0078724F" w:rsidRDefault="00000000">
            <w:r>
              <w:rPr>
                <w:rFonts w:ascii="Arial" w:eastAsia="Yu Gothic" w:hAnsi="Arial"/>
                <w:sz w:val="18"/>
              </w:rPr>
              <w:t xml:space="preserve"> </w:t>
            </w:r>
          </w:p>
        </w:tc>
      </w:tr>
      <w:tr w:rsidR="0078724F" w14:paraId="62EA6436" w14:textId="77777777">
        <w:trPr>
          <w:cantSplit/>
          <w:jc w:val="center"/>
        </w:trPr>
        <w:tc>
          <w:tcPr>
            <w:tcW w:w="2721" w:type="dxa"/>
            <w:shd w:val="clear" w:color="auto" w:fill="DCE6F1"/>
            <w:tcMar>
              <w:top w:w="90" w:type="dxa"/>
              <w:left w:w="110" w:type="dxa"/>
              <w:bottom w:w="90" w:type="dxa"/>
              <w:right w:w="110" w:type="dxa"/>
            </w:tcMar>
            <w:vAlign w:val="center"/>
          </w:tcPr>
          <w:p w14:paraId="714A417B" w14:textId="77777777" w:rsidR="00091623" w:rsidRDefault="00000000">
            <w:pPr>
              <w:spacing w:after="0" w:line="245" w:lineRule="auto"/>
            </w:pPr>
            <w:proofErr w:type="spellStart"/>
            <w:r>
              <w:rPr>
                <w:rFonts w:ascii="Arial" w:eastAsia="Yu Gothic" w:hAnsi="Arial"/>
                <w:b/>
                <w:color w:val="1F4E78"/>
                <w:sz w:val="16"/>
              </w:rPr>
              <w:t>日本語能力（該当者のみ</w:t>
            </w:r>
            <w:proofErr w:type="spellEnd"/>
            <w:r>
              <w:rPr>
                <w:rFonts w:ascii="Arial" w:eastAsia="Yu Gothic" w:hAnsi="Arial"/>
                <w:b/>
                <w:color w:val="1F4E78"/>
                <w:sz w:val="16"/>
              </w:rPr>
              <w:t>）</w:t>
            </w:r>
            <w:r>
              <w:rPr>
                <w:rFonts w:ascii="Arial" w:eastAsia="Yu Gothic" w:hAnsi="Arial"/>
                <w:color w:val="4472C4"/>
                <w:sz w:val="14"/>
              </w:rPr>
              <w:br/>
              <w:t>Japanese language proficiency (if applicable)</w:t>
            </w:r>
          </w:p>
        </w:tc>
        <w:tc>
          <w:tcPr>
            <w:tcW w:w="7483" w:type="dxa"/>
            <w:tcMar>
              <w:top w:w="90" w:type="dxa"/>
              <w:left w:w="110" w:type="dxa"/>
              <w:bottom w:w="90" w:type="dxa"/>
              <w:right w:w="110" w:type="dxa"/>
            </w:tcMar>
            <w:vAlign w:val="center"/>
          </w:tcPr>
          <w:p w14:paraId="48BF0332" w14:textId="77777777" w:rsidR="00091623" w:rsidRDefault="00000000">
            <w:pPr>
              <w:spacing w:after="0"/>
            </w:pPr>
            <w:r>
              <w:rPr>
                <w:rFonts w:ascii="Arial" w:eastAsia="Yu Gothic" w:hAnsi="Arial"/>
                <w:color w:val="666666"/>
                <w:sz w:val="14"/>
              </w:rPr>
              <w:t>例</w:t>
            </w:r>
            <w:r>
              <w:rPr>
                <w:rFonts w:ascii="Arial" w:eastAsia="Yu Gothic" w:hAnsi="Arial"/>
                <w:color w:val="666666"/>
                <w:sz w:val="14"/>
              </w:rPr>
              <w:t xml:space="preserve"> / Example: JLPT N2</w:t>
            </w:r>
            <w:r>
              <w:rPr>
                <w:rFonts w:ascii="Arial" w:eastAsia="Yu Gothic" w:hAnsi="Arial"/>
                <w:color w:val="666666"/>
                <w:sz w:val="14"/>
              </w:rPr>
              <w:t>（取得年：</w:t>
            </w:r>
            <w:r>
              <w:rPr>
                <w:rFonts w:ascii="Arial" w:eastAsia="Yu Gothic" w:hAnsi="Arial"/>
                <w:color w:val="666666"/>
                <w:sz w:val="14"/>
              </w:rPr>
              <w:t>2025</w:t>
            </w:r>
            <w:r>
              <w:rPr>
                <w:rFonts w:ascii="Arial" w:eastAsia="Yu Gothic" w:hAnsi="Arial"/>
                <w:color w:val="666666"/>
                <w:sz w:val="14"/>
              </w:rPr>
              <w:t>年）</w:t>
            </w:r>
          </w:p>
        </w:tc>
      </w:tr>
      <w:tr w:rsidR="0078724F" w14:paraId="1A60116D" w14:textId="77777777">
        <w:trPr>
          <w:cantSplit/>
          <w:jc w:val="center"/>
        </w:trPr>
        <w:tc>
          <w:tcPr>
            <w:tcW w:w="2721" w:type="dxa"/>
            <w:shd w:val="clear" w:color="auto" w:fill="DCE6F1"/>
            <w:tcMar>
              <w:top w:w="90" w:type="dxa"/>
              <w:left w:w="110" w:type="dxa"/>
              <w:bottom w:w="90" w:type="dxa"/>
              <w:right w:w="110" w:type="dxa"/>
            </w:tcMar>
            <w:vAlign w:val="center"/>
          </w:tcPr>
          <w:p w14:paraId="55135DA8" w14:textId="77777777" w:rsidR="00091623" w:rsidRDefault="00000000">
            <w:pPr>
              <w:spacing w:after="0" w:line="245" w:lineRule="auto"/>
            </w:pPr>
            <w:proofErr w:type="spellStart"/>
            <w:r>
              <w:rPr>
                <w:rFonts w:ascii="Arial" w:eastAsia="Yu Gothic" w:hAnsi="Arial"/>
                <w:b/>
                <w:color w:val="1F4E78"/>
                <w:sz w:val="16"/>
              </w:rPr>
              <w:t>英語能力（該当者のみ</w:t>
            </w:r>
            <w:proofErr w:type="spellEnd"/>
            <w:r>
              <w:rPr>
                <w:rFonts w:ascii="Arial" w:eastAsia="Yu Gothic" w:hAnsi="Arial"/>
                <w:b/>
                <w:color w:val="1F4E78"/>
                <w:sz w:val="16"/>
              </w:rPr>
              <w:t>）</w:t>
            </w:r>
            <w:r>
              <w:rPr>
                <w:rFonts w:ascii="Arial" w:eastAsia="Yu Gothic" w:hAnsi="Arial"/>
                <w:color w:val="4472C4"/>
                <w:sz w:val="14"/>
              </w:rPr>
              <w:br/>
              <w:t>English language proficiency (if applicable)</w:t>
            </w:r>
          </w:p>
        </w:tc>
        <w:tc>
          <w:tcPr>
            <w:tcW w:w="7483" w:type="dxa"/>
            <w:tcMar>
              <w:top w:w="90" w:type="dxa"/>
              <w:left w:w="110" w:type="dxa"/>
              <w:bottom w:w="90" w:type="dxa"/>
              <w:right w:w="110" w:type="dxa"/>
            </w:tcMar>
            <w:vAlign w:val="center"/>
          </w:tcPr>
          <w:p w14:paraId="62FCE167" w14:textId="77777777" w:rsidR="00091623" w:rsidRDefault="00000000">
            <w:pPr>
              <w:spacing w:after="0"/>
            </w:pPr>
            <w:r>
              <w:rPr>
                <w:rFonts w:ascii="Arial" w:eastAsia="Yu Gothic" w:hAnsi="Arial"/>
                <w:color w:val="666666"/>
                <w:sz w:val="14"/>
              </w:rPr>
              <w:t>Example: IELTS 5.5 (Year obtained: 2025), TOEFL iBT 61 (Year obtained: 2025)</w:t>
            </w:r>
          </w:p>
        </w:tc>
      </w:tr>
    </w:tbl>
    <w:p w14:paraId="72893060" w14:textId="77777777" w:rsidR="00091623" w:rsidRDefault="00000000">
      <w:pPr>
        <w:spacing w:before="40" w:after="80"/>
      </w:pPr>
      <w:r>
        <w:rPr>
          <w:rFonts w:ascii="Arial" w:eastAsia="Yu Gothic" w:hAnsi="Arial"/>
          <w:color w:val="666666"/>
          <w:sz w:val="14"/>
          <w:lang w:eastAsia="ja-JP"/>
        </w:rPr>
        <w:t>※ JLPT</w:t>
      </w:r>
      <w:r>
        <w:rPr>
          <w:rFonts w:ascii="Arial" w:eastAsia="Yu Gothic" w:hAnsi="Arial"/>
          <w:color w:val="666666"/>
          <w:sz w:val="14"/>
          <w:lang w:eastAsia="ja-JP"/>
        </w:rPr>
        <w:t>、</w:t>
      </w:r>
      <w:r>
        <w:rPr>
          <w:rFonts w:ascii="Arial" w:eastAsia="Yu Gothic" w:hAnsi="Arial"/>
          <w:color w:val="666666"/>
          <w:sz w:val="14"/>
          <w:lang w:eastAsia="ja-JP"/>
        </w:rPr>
        <w:t>TOEFL</w:t>
      </w:r>
      <w:r>
        <w:rPr>
          <w:rFonts w:ascii="Arial" w:eastAsia="Yu Gothic" w:hAnsi="Arial"/>
          <w:color w:val="666666"/>
          <w:sz w:val="14"/>
          <w:lang w:eastAsia="ja-JP"/>
        </w:rPr>
        <w:t>、</w:t>
      </w:r>
      <w:r>
        <w:rPr>
          <w:rFonts w:ascii="Arial" w:eastAsia="Yu Gothic" w:hAnsi="Arial"/>
          <w:color w:val="666666"/>
          <w:sz w:val="14"/>
          <w:lang w:eastAsia="ja-JP"/>
        </w:rPr>
        <w:t>TOEIC</w:t>
      </w:r>
      <w:r>
        <w:rPr>
          <w:rFonts w:ascii="Arial" w:eastAsia="Yu Gothic" w:hAnsi="Arial"/>
          <w:color w:val="666666"/>
          <w:sz w:val="14"/>
          <w:lang w:eastAsia="ja-JP"/>
        </w:rPr>
        <w:t>、</w:t>
      </w:r>
      <w:r>
        <w:rPr>
          <w:rFonts w:ascii="Arial" w:eastAsia="Yu Gothic" w:hAnsi="Arial"/>
          <w:color w:val="666666"/>
          <w:sz w:val="14"/>
          <w:lang w:eastAsia="ja-JP"/>
        </w:rPr>
        <w:t>IELTS</w:t>
      </w:r>
      <w:r>
        <w:rPr>
          <w:rFonts w:ascii="Arial" w:eastAsia="Yu Gothic" w:hAnsi="Arial"/>
          <w:color w:val="666666"/>
          <w:sz w:val="14"/>
          <w:lang w:eastAsia="ja-JP"/>
        </w:rPr>
        <w:t>等の資格名・級またはスコア、および取得年を記入してください。</w:t>
      </w:r>
      <w:r>
        <w:rPr>
          <w:rFonts w:ascii="Arial" w:eastAsia="Yu Gothic" w:hAnsi="Arial"/>
          <w:color w:val="4472C4"/>
          <w:sz w:val="14"/>
          <w:lang w:eastAsia="ja-JP"/>
        </w:rPr>
        <w:br/>
      </w:r>
      <w:r>
        <w:rPr>
          <w:rFonts w:ascii="Arial" w:eastAsia="Yu Gothic" w:hAnsi="Arial"/>
          <w:color w:val="4472C4"/>
          <w:sz w:val="14"/>
        </w:rPr>
        <w:t>* Please indicate the name of the test, level and/or score, and the year obtained (e.g., JLPT, TOEFL, TOEIC, IELTS).</w:t>
      </w:r>
    </w:p>
    <w:p w14:paraId="1411D268" w14:textId="51C05F0D" w:rsidR="0078724F" w:rsidRDefault="0078724F">
      <w:pPr>
        <w:spacing w:after="0"/>
      </w:pPr>
    </w:p>
    <w:p w14:paraId="0AC19941" w14:textId="77777777" w:rsidR="0078724F" w:rsidRDefault="00000000">
      <w:pPr>
        <w:shd w:val="clear" w:color="auto" w:fill="1F4E78"/>
        <w:spacing w:before="80" w:after="40"/>
      </w:pPr>
      <w:r>
        <w:rPr>
          <w:rFonts w:ascii="Arial" w:eastAsia="Yu Gothic" w:hAnsi="Arial"/>
          <w:b/>
          <w:color w:val="FFFFFF"/>
          <w:sz w:val="21"/>
        </w:rPr>
        <w:lastRenderedPageBreak/>
        <w:t xml:space="preserve">  </w:t>
      </w:r>
      <w:r>
        <w:rPr>
          <w:rFonts w:ascii="Arial" w:eastAsia="Yu Gothic" w:hAnsi="Arial"/>
          <w:b/>
          <w:color w:val="FFFFFF"/>
          <w:sz w:val="21"/>
        </w:rPr>
        <w:t>セクション</w:t>
      </w:r>
      <w:r>
        <w:rPr>
          <w:rFonts w:ascii="Arial" w:eastAsia="Yu Gothic" w:hAnsi="Arial"/>
          <w:b/>
          <w:color w:val="FFFFFF"/>
          <w:sz w:val="21"/>
        </w:rPr>
        <w:t>2</w:t>
      </w:r>
      <w:r>
        <w:rPr>
          <w:rFonts w:ascii="Arial" w:eastAsia="Yu Gothic" w:hAnsi="Arial"/>
          <w:b/>
          <w:color w:val="FFFFFF"/>
          <w:sz w:val="21"/>
        </w:rPr>
        <w:t>：交換留学申請内容</w:t>
      </w:r>
      <w:r>
        <w:rPr>
          <w:rFonts w:ascii="Arial" w:eastAsia="Yu Gothic" w:hAnsi="Arial"/>
          <w:b/>
          <w:color w:val="FFFFFF"/>
          <w:sz w:val="17"/>
        </w:rPr>
        <w:t xml:space="preserve">  SECTION 2: EXCHANGE PROGRAM APPLICATION DETAILS</w:t>
      </w:r>
    </w:p>
    <w:tbl>
      <w:tblPr>
        <w:tblW w:w="0" w:type="auto"/>
        <w:jc w:val="center"/>
        <w:tblBorders>
          <w:top w:val="single" w:sz="6" w:space="0" w:color="9FBAD0"/>
          <w:left w:val="single" w:sz="6" w:space="0" w:color="9FBAD0"/>
          <w:bottom w:val="single" w:sz="6" w:space="0" w:color="9FBAD0"/>
          <w:right w:val="single" w:sz="6" w:space="0" w:color="9FBAD0"/>
          <w:insideH w:val="single" w:sz="6" w:space="0" w:color="9FBAD0"/>
          <w:insideV w:val="single" w:sz="6" w:space="0" w:color="9FBAD0"/>
        </w:tblBorders>
        <w:tblLayout w:type="fixed"/>
        <w:tblLook w:val="04A0" w:firstRow="1" w:lastRow="0" w:firstColumn="1" w:lastColumn="0" w:noHBand="0" w:noVBand="1"/>
      </w:tblPr>
      <w:tblGrid>
        <w:gridCol w:w="2721"/>
        <w:gridCol w:w="7483"/>
      </w:tblGrid>
      <w:tr w:rsidR="0078724F" w14:paraId="1620631A" w14:textId="77777777">
        <w:trPr>
          <w:cantSplit/>
          <w:jc w:val="center"/>
        </w:trPr>
        <w:tc>
          <w:tcPr>
            <w:tcW w:w="2721" w:type="dxa"/>
            <w:shd w:val="clear" w:color="auto" w:fill="DCE6F1"/>
            <w:tcMar>
              <w:top w:w="90" w:type="dxa"/>
              <w:left w:w="110" w:type="dxa"/>
              <w:bottom w:w="90" w:type="dxa"/>
              <w:right w:w="110" w:type="dxa"/>
            </w:tcMar>
            <w:vAlign w:val="center"/>
          </w:tcPr>
          <w:p w14:paraId="4021124D" w14:textId="77777777" w:rsidR="0078724F" w:rsidRDefault="00000000">
            <w:pPr>
              <w:spacing w:after="0"/>
            </w:pPr>
            <w:proofErr w:type="spellStart"/>
            <w:r>
              <w:rPr>
                <w:rFonts w:ascii="Arial" w:eastAsia="Yu Gothic" w:hAnsi="Arial"/>
                <w:b/>
                <w:color w:val="1F4E78"/>
                <w:sz w:val="17"/>
              </w:rPr>
              <w:t>留学を希望する課程</w:t>
            </w:r>
            <w:proofErr w:type="spellEnd"/>
            <w:r>
              <w:rPr>
                <w:rFonts w:ascii="Arial" w:eastAsia="Yu Gothic" w:hAnsi="Arial"/>
                <w:color w:val="4472C4"/>
                <w:sz w:val="15"/>
              </w:rPr>
              <w:br/>
              <w:t>Program level applied for</w:t>
            </w:r>
          </w:p>
        </w:tc>
        <w:tc>
          <w:tcPr>
            <w:tcW w:w="7483" w:type="dxa"/>
            <w:tcMar>
              <w:top w:w="90" w:type="dxa"/>
              <w:left w:w="110" w:type="dxa"/>
              <w:bottom w:w="90" w:type="dxa"/>
              <w:right w:w="110" w:type="dxa"/>
            </w:tcMar>
            <w:vAlign w:val="center"/>
          </w:tcPr>
          <w:p w14:paraId="4FC7FCF2"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学部</w:t>
            </w:r>
            <w:proofErr w:type="spellEnd"/>
            <w:r>
              <w:rPr>
                <w:rFonts w:ascii="Arial" w:eastAsia="Yu Gothic" w:hAnsi="Arial"/>
                <w:color w:val="4472C4"/>
                <w:sz w:val="15"/>
              </w:rPr>
              <w:t xml:space="preserve">  Undergraduate Program</w:t>
            </w:r>
          </w:p>
          <w:p w14:paraId="463FBC1C"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大学院</w:t>
            </w:r>
            <w:proofErr w:type="spellEnd"/>
            <w:r>
              <w:rPr>
                <w:rFonts w:ascii="Arial" w:eastAsia="Yu Gothic" w:hAnsi="Arial"/>
                <w:color w:val="4472C4"/>
                <w:sz w:val="15"/>
              </w:rPr>
              <w:t xml:space="preserve">  Graduate Program</w:t>
            </w:r>
          </w:p>
        </w:tc>
      </w:tr>
      <w:tr w:rsidR="0078724F" w14:paraId="5304C0A1" w14:textId="77777777">
        <w:trPr>
          <w:cantSplit/>
          <w:jc w:val="center"/>
        </w:trPr>
        <w:tc>
          <w:tcPr>
            <w:tcW w:w="2721" w:type="dxa"/>
            <w:shd w:val="clear" w:color="auto" w:fill="DCE6F1"/>
            <w:tcMar>
              <w:top w:w="90" w:type="dxa"/>
              <w:left w:w="110" w:type="dxa"/>
              <w:bottom w:w="90" w:type="dxa"/>
              <w:right w:w="110" w:type="dxa"/>
            </w:tcMar>
            <w:vAlign w:val="center"/>
          </w:tcPr>
          <w:p w14:paraId="7386A99E" w14:textId="77777777" w:rsidR="0078724F" w:rsidRDefault="00000000">
            <w:pPr>
              <w:spacing w:after="0"/>
            </w:pPr>
            <w:proofErr w:type="spellStart"/>
            <w:r>
              <w:rPr>
                <w:rFonts w:ascii="Arial" w:eastAsia="Yu Gothic" w:hAnsi="Arial"/>
                <w:b/>
                <w:color w:val="1F4E78"/>
                <w:sz w:val="17"/>
              </w:rPr>
              <w:t>希望するコース</w:t>
            </w:r>
            <w:proofErr w:type="spellEnd"/>
            <w:r>
              <w:rPr>
                <w:rFonts w:ascii="Arial" w:eastAsia="Yu Gothic" w:hAnsi="Arial"/>
                <w:color w:val="4472C4"/>
                <w:sz w:val="15"/>
              </w:rPr>
              <w:br/>
              <w:t>Course category</w:t>
            </w:r>
          </w:p>
        </w:tc>
        <w:tc>
          <w:tcPr>
            <w:tcW w:w="7483" w:type="dxa"/>
            <w:tcMar>
              <w:top w:w="90" w:type="dxa"/>
              <w:left w:w="110" w:type="dxa"/>
              <w:bottom w:w="90" w:type="dxa"/>
              <w:right w:w="110" w:type="dxa"/>
            </w:tcMar>
            <w:vAlign w:val="center"/>
          </w:tcPr>
          <w:p w14:paraId="1026160D"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日本語基準型・正規履修コース</w:t>
            </w:r>
            <w:proofErr w:type="spellEnd"/>
            <w:r>
              <w:rPr>
                <w:rFonts w:ascii="Arial" w:eastAsia="Yu Gothic" w:hAnsi="Arial"/>
                <w:color w:val="4472C4"/>
                <w:sz w:val="15"/>
              </w:rPr>
              <w:br/>
              <w:t xml:space="preserve">    Japanese-Based Regular Course</w:t>
            </w:r>
          </w:p>
          <w:p w14:paraId="2028A9BF"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英語基準型・限定履修コース</w:t>
            </w:r>
            <w:proofErr w:type="spellEnd"/>
            <w:r>
              <w:rPr>
                <w:rFonts w:ascii="Arial" w:eastAsia="Yu Gothic" w:hAnsi="Arial"/>
                <w:color w:val="4472C4"/>
                <w:sz w:val="15"/>
              </w:rPr>
              <w:br/>
              <w:t xml:space="preserve">    English-Based Limited Course</w:t>
            </w:r>
          </w:p>
        </w:tc>
      </w:tr>
      <w:tr w:rsidR="0078724F" w14:paraId="76D08309" w14:textId="77777777">
        <w:trPr>
          <w:cantSplit/>
          <w:jc w:val="center"/>
        </w:trPr>
        <w:tc>
          <w:tcPr>
            <w:tcW w:w="2721" w:type="dxa"/>
            <w:shd w:val="clear" w:color="auto" w:fill="DCE6F1"/>
            <w:tcMar>
              <w:top w:w="90" w:type="dxa"/>
              <w:left w:w="110" w:type="dxa"/>
              <w:bottom w:w="90" w:type="dxa"/>
              <w:right w:w="110" w:type="dxa"/>
            </w:tcMar>
            <w:vAlign w:val="center"/>
          </w:tcPr>
          <w:p w14:paraId="785EBBD3" w14:textId="77777777" w:rsidR="0078724F" w:rsidRDefault="00000000">
            <w:pPr>
              <w:spacing w:after="0"/>
            </w:pPr>
            <w:proofErr w:type="spellStart"/>
            <w:r>
              <w:rPr>
                <w:rFonts w:ascii="Arial" w:eastAsia="Yu Gothic" w:hAnsi="Arial"/>
                <w:b/>
                <w:color w:val="1F4E78"/>
                <w:sz w:val="17"/>
              </w:rPr>
              <w:t>交換留学を希望する期間</w:t>
            </w:r>
            <w:proofErr w:type="spellEnd"/>
            <w:r>
              <w:rPr>
                <w:rFonts w:ascii="Arial" w:eastAsia="Yu Gothic" w:hAnsi="Arial"/>
                <w:color w:val="4472C4"/>
                <w:sz w:val="15"/>
              </w:rPr>
              <w:br/>
              <w:t>Duration of exchange</w:t>
            </w:r>
          </w:p>
        </w:tc>
        <w:tc>
          <w:tcPr>
            <w:tcW w:w="7483" w:type="dxa"/>
            <w:tcMar>
              <w:top w:w="90" w:type="dxa"/>
              <w:left w:w="110" w:type="dxa"/>
              <w:bottom w:w="90" w:type="dxa"/>
              <w:right w:w="110" w:type="dxa"/>
            </w:tcMar>
            <w:vAlign w:val="center"/>
          </w:tcPr>
          <w:p w14:paraId="65587799" w14:textId="77777777" w:rsidR="0078724F" w:rsidRDefault="00000000">
            <w:pPr>
              <w:spacing w:after="0"/>
            </w:pPr>
            <w:r>
              <w:rPr>
                <w:rFonts w:ascii="Arial" w:eastAsia="Yu Gothic" w:hAnsi="Arial"/>
                <w:sz w:val="17"/>
              </w:rPr>
              <w:t>☐  2027</w:t>
            </w:r>
            <w:r>
              <w:rPr>
                <w:rFonts w:ascii="Arial" w:eastAsia="Yu Gothic" w:hAnsi="Arial"/>
                <w:sz w:val="17"/>
              </w:rPr>
              <w:t>年度春学期（</w:t>
            </w:r>
            <w:r>
              <w:rPr>
                <w:rFonts w:ascii="Arial" w:eastAsia="Yu Gothic" w:hAnsi="Arial"/>
                <w:sz w:val="17"/>
              </w:rPr>
              <w:t>1</w:t>
            </w:r>
            <w:r>
              <w:rPr>
                <w:rFonts w:ascii="Arial" w:eastAsia="Yu Gothic" w:hAnsi="Arial"/>
                <w:sz w:val="17"/>
              </w:rPr>
              <w:t>学期間）</w:t>
            </w:r>
            <w:r>
              <w:rPr>
                <w:rFonts w:ascii="Arial" w:eastAsia="Yu Gothic" w:hAnsi="Arial"/>
                <w:color w:val="4472C4"/>
                <w:sz w:val="15"/>
              </w:rPr>
              <w:t xml:space="preserve">  2027 Spring Semester, one semester</w:t>
            </w:r>
          </w:p>
          <w:p w14:paraId="0DF122CB" w14:textId="77777777" w:rsidR="0078724F" w:rsidRDefault="00000000">
            <w:pPr>
              <w:spacing w:after="0"/>
            </w:pPr>
            <w:r>
              <w:rPr>
                <w:rFonts w:ascii="Arial" w:eastAsia="Yu Gothic" w:hAnsi="Arial"/>
                <w:sz w:val="17"/>
              </w:rPr>
              <w:t>☐  2027</w:t>
            </w:r>
            <w:r>
              <w:rPr>
                <w:rFonts w:ascii="Arial" w:eastAsia="Yu Gothic" w:hAnsi="Arial"/>
                <w:sz w:val="17"/>
              </w:rPr>
              <w:t>年度春学期＋秋学期（</w:t>
            </w:r>
            <w:r>
              <w:rPr>
                <w:rFonts w:ascii="Arial" w:eastAsia="Yu Gothic" w:hAnsi="Arial"/>
                <w:sz w:val="17"/>
              </w:rPr>
              <w:t>1</w:t>
            </w:r>
            <w:r>
              <w:rPr>
                <w:rFonts w:ascii="Arial" w:eastAsia="Yu Gothic" w:hAnsi="Arial"/>
                <w:sz w:val="17"/>
              </w:rPr>
              <w:t>年間）</w:t>
            </w:r>
            <w:r>
              <w:rPr>
                <w:rFonts w:ascii="Arial" w:eastAsia="Yu Gothic" w:hAnsi="Arial"/>
                <w:color w:val="4472C4"/>
                <w:sz w:val="15"/>
              </w:rPr>
              <w:t xml:space="preserve">  2027 Spring and Fall Semesters, one academic year</w:t>
            </w:r>
          </w:p>
        </w:tc>
      </w:tr>
      <w:tr w:rsidR="0078724F" w14:paraId="686B44B9" w14:textId="77777777">
        <w:trPr>
          <w:cantSplit/>
          <w:jc w:val="center"/>
        </w:trPr>
        <w:tc>
          <w:tcPr>
            <w:tcW w:w="2721" w:type="dxa"/>
            <w:shd w:val="clear" w:color="auto" w:fill="DCE6F1"/>
            <w:tcMar>
              <w:top w:w="90" w:type="dxa"/>
              <w:left w:w="110" w:type="dxa"/>
              <w:bottom w:w="90" w:type="dxa"/>
              <w:right w:w="110" w:type="dxa"/>
            </w:tcMar>
            <w:vAlign w:val="center"/>
          </w:tcPr>
          <w:p w14:paraId="383FE070" w14:textId="77777777" w:rsidR="0078724F" w:rsidRDefault="00000000">
            <w:pPr>
              <w:spacing w:after="0"/>
            </w:pPr>
            <w:proofErr w:type="spellStart"/>
            <w:r>
              <w:rPr>
                <w:rFonts w:ascii="Arial" w:eastAsia="Yu Gothic" w:hAnsi="Arial"/>
                <w:b/>
                <w:color w:val="1F4E78"/>
                <w:sz w:val="17"/>
              </w:rPr>
              <w:t>所属を希望する学部・研究科</w:t>
            </w:r>
            <w:proofErr w:type="spellEnd"/>
            <w:r>
              <w:rPr>
                <w:rFonts w:ascii="Arial" w:eastAsia="Yu Gothic" w:hAnsi="Arial"/>
                <w:color w:val="4472C4"/>
                <w:sz w:val="15"/>
              </w:rPr>
              <w:br/>
              <w:t>Faculty or Graduate School applied for</w:t>
            </w:r>
          </w:p>
        </w:tc>
        <w:tc>
          <w:tcPr>
            <w:tcW w:w="7483" w:type="dxa"/>
            <w:tcMar>
              <w:top w:w="90" w:type="dxa"/>
              <w:left w:w="110" w:type="dxa"/>
              <w:bottom w:w="90" w:type="dxa"/>
              <w:right w:w="110" w:type="dxa"/>
            </w:tcMar>
            <w:vAlign w:val="center"/>
          </w:tcPr>
          <w:p w14:paraId="0591FF62"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経済学部</w:t>
            </w:r>
            <w:proofErr w:type="spellEnd"/>
            <w:r>
              <w:rPr>
                <w:rFonts w:ascii="Arial" w:eastAsia="Yu Gothic" w:hAnsi="Arial"/>
                <w:color w:val="4472C4"/>
                <w:sz w:val="15"/>
              </w:rPr>
              <w:t xml:space="preserve">  Faculty of Economics</w:t>
            </w:r>
          </w:p>
          <w:p w14:paraId="4CFF0C25"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経営学部</w:t>
            </w:r>
            <w:proofErr w:type="spellEnd"/>
            <w:r>
              <w:rPr>
                <w:rFonts w:ascii="Arial" w:eastAsia="Yu Gothic" w:hAnsi="Arial"/>
                <w:color w:val="4472C4"/>
                <w:sz w:val="15"/>
              </w:rPr>
              <w:t xml:space="preserve">  Faculty of Business Administration</w:t>
            </w:r>
          </w:p>
          <w:p w14:paraId="6F81D476"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情報社会学部</w:t>
            </w:r>
            <w:proofErr w:type="spellEnd"/>
            <w:r>
              <w:rPr>
                <w:rFonts w:ascii="Arial" w:eastAsia="Yu Gothic" w:hAnsi="Arial"/>
                <w:color w:val="4472C4"/>
                <w:sz w:val="15"/>
              </w:rPr>
              <w:t xml:space="preserve">  Faculty of Information Technology and Social Sciences</w:t>
            </w:r>
          </w:p>
          <w:p w14:paraId="62C097B8"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人間科学部</w:t>
            </w:r>
            <w:proofErr w:type="spellEnd"/>
            <w:r>
              <w:rPr>
                <w:rFonts w:ascii="Arial" w:eastAsia="Yu Gothic" w:hAnsi="Arial"/>
                <w:color w:val="4472C4"/>
                <w:sz w:val="15"/>
              </w:rPr>
              <w:t xml:space="preserve">  Faculty of Human Sciences</w:t>
            </w:r>
          </w:p>
          <w:p w14:paraId="11895A91"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国際共創学部</w:t>
            </w:r>
            <w:proofErr w:type="spellEnd"/>
            <w:r>
              <w:rPr>
                <w:rFonts w:ascii="Arial" w:eastAsia="Yu Gothic" w:hAnsi="Arial"/>
                <w:color w:val="4472C4"/>
                <w:sz w:val="15"/>
              </w:rPr>
              <w:t xml:space="preserve">  Faculty of International Co-Creativity and Innovation</w:t>
            </w:r>
          </w:p>
          <w:p w14:paraId="5D6435A8" w14:textId="77777777" w:rsidR="0078724F" w:rsidRDefault="00000000">
            <w:pPr>
              <w:spacing w:after="0"/>
            </w:pPr>
            <w:r>
              <w:rPr>
                <w:rFonts w:ascii="Arial" w:eastAsia="Yu Gothic" w:hAnsi="Arial"/>
                <w:sz w:val="17"/>
              </w:rPr>
              <w:t xml:space="preserve">☐  </w:t>
            </w:r>
            <w:proofErr w:type="spellStart"/>
            <w:r>
              <w:rPr>
                <w:rFonts w:ascii="Arial" w:eastAsia="Yu Gothic" w:hAnsi="Arial"/>
                <w:sz w:val="17"/>
              </w:rPr>
              <w:t>研究科名</w:t>
            </w:r>
            <w:proofErr w:type="spellEnd"/>
            <w:r>
              <w:rPr>
                <w:rFonts w:ascii="Arial" w:eastAsia="Yu Gothic" w:hAnsi="Arial"/>
                <w:sz w:val="17"/>
              </w:rPr>
              <w:t>：</w:t>
            </w:r>
            <w:r>
              <w:rPr>
                <w:rFonts w:ascii="Arial" w:eastAsia="Yu Gothic" w:hAnsi="Arial"/>
                <w:sz w:val="17"/>
              </w:rPr>
              <w:t>________________</w:t>
            </w:r>
            <w:r>
              <w:rPr>
                <w:rFonts w:ascii="Arial" w:eastAsia="Yu Gothic" w:hAnsi="Arial"/>
                <w:color w:val="4472C4"/>
                <w:sz w:val="15"/>
              </w:rPr>
              <w:t xml:space="preserve">  Graduate School</w:t>
            </w:r>
          </w:p>
        </w:tc>
      </w:tr>
    </w:tbl>
    <w:p w14:paraId="76384D1D" w14:textId="77777777" w:rsidR="0078724F" w:rsidRDefault="00000000">
      <w:pPr>
        <w:spacing w:after="40"/>
      </w:pPr>
      <w:r>
        <w:rPr>
          <w:rFonts w:ascii="Arial" w:eastAsia="Yu Gothic" w:hAnsi="Arial"/>
          <w:color w:val="666666"/>
          <w:sz w:val="15"/>
          <w:lang w:eastAsia="ja-JP"/>
        </w:rPr>
        <w:t xml:space="preserve">※ </w:t>
      </w:r>
      <w:r>
        <w:rPr>
          <w:rFonts w:ascii="Arial" w:eastAsia="Yu Gothic" w:hAnsi="Arial"/>
          <w:color w:val="666666"/>
          <w:sz w:val="15"/>
          <w:lang w:eastAsia="ja-JP"/>
        </w:rPr>
        <w:t>受入れ状況等により、希望どおりに受入れできない場合があります。</w:t>
      </w:r>
      <w:r>
        <w:rPr>
          <w:rFonts w:ascii="Arial" w:eastAsia="Yu Gothic" w:hAnsi="Arial"/>
          <w:color w:val="4472C4"/>
          <w:sz w:val="14"/>
          <w:lang w:eastAsia="ja-JP"/>
        </w:rPr>
        <w:br/>
      </w:r>
      <w:r>
        <w:rPr>
          <w:rFonts w:ascii="Arial" w:eastAsia="Yu Gothic" w:hAnsi="Arial"/>
          <w:color w:val="4472C4"/>
          <w:sz w:val="14"/>
        </w:rPr>
        <w:t>* Placement in the requested faculty or graduate school is not guaranteed.</w:t>
      </w:r>
    </w:p>
    <w:p w14:paraId="68F33E8E" w14:textId="77777777" w:rsidR="0078724F" w:rsidRDefault="00000000">
      <w:pPr>
        <w:spacing w:after="40"/>
      </w:pPr>
      <w:proofErr w:type="spellStart"/>
      <w:r>
        <w:rPr>
          <w:rFonts w:ascii="Arial" w:eastAsia="Yu Gothic" w:hAnsi="Arial"/>
          <w:b/>
          <w:color w:val="1F4E78"/>
          <w:sz w:val="19"/>
        </w:rPr>
        <w:t>履修を希望する科目</w:t>
      </w:r>
      <w:proofErr w:type="spellEnd"/>
      <w:r>
        <w:rPr>
          <w:rFonts w:ascii="Arial" w:eastAsia="Yu Gothic" w:hAnsi="Arial"/>
          <w:b/>
          <w:color w:val="4472C4"/>
          <w:sz w:val="17"/>
        </w:rPr>
        <w:t xml:space="preserve">  Subjects you wish to take</w:t>
      </w:r>
    </w:p>
    <w:tbl>
      <w:tblPr>
        <w:tblW w:w="0" w:type="auto"/>
        <w:jc w:val="center"/>
        <w:tblBorders>
          <w:top w:val="single" w:sz="6" w:space="0" w:color="9FBAD0"/>
          <w:left w:val="single" w:sz="6" w:space="0" w:color="9FBAD0"/>
          <w:bottom w:val="single" w:sz="6" w:space="0" w:color="9FBAD0"/>
          <w:right w:val="single" w:sz="6" w:space="0" w:color="9FBAD0"/>
          <w:insideH w:val="single" w:sz="6" w:space="0" w:color="9FBAD0"/>
          <w:insideV w:val="single" w:sz="6" w:space="0" w:color="9FBAD0"/>
        </w:tblBorders>
        <w:tblLayout w:type="fixed"/>
        <w:tblLook w:val="04A0" w:firstRow="1" w:lastRow="0" w:firstColumn="1" w:lastColumn="0" w:noHBand="0" w:noVBand="1"/>
      </w:tblPr>
      <w:tblGrid>
        <w:gridCol w:w="453"/>
        <w:gridCol w:w="9751"/>
      </w:tblGrid>
      <w:tr w:rsidR="0078724F" w14:paraId="5786B246" w14:textId="77777777">
        <w:trPr>
          <w:cantSplit/>
          <w:trHeight w:val="520"/>
          <w:jc w:val="center"/>
        </w:trPr>
        <w:tc>
          <w:tcPr>
            <w:tcW w:w="453" w:type="dxa"/>
            <w:shd w:val="clear" w:color="auto" w:fill="DCE6F1"/>
            <w:tcMar>
              <w:top w:w="45" w:type="dxa"/>
              <w:left w:w="35" w:type="dxa"/>
              <w:bottom w:w="45" w:type="dxa"/>
              <w:right w:w="35" w:type="dxa"/>
            </w:tcMar>
          </w:tcPr>
          <w:p w14:paraId="56B3B283" w14:textId="77777777" w:rsidR="00091623" w:rsidRDefault="00000000">
            <w:pPr>
              <w:spacing w:after="0"/>
            </w:pPr>
            <w:r>
              <w:rPr>
                <w:rFonts w:ascii="Arial" w:eastAsia="Yu Gothic" w:hAnsi="Arial"/>
                <w:b/>
                <w:color w:val="1F4E78"/>
                <w:sz w:val="16"/>
              </w:rPr>
              <w:t>1</w:t>
            </w:r>
          </w:p>
        </w:tc>
        <w:tc>
          <w:tcPr>
            <w:tcW w:w="9751" w:type="dxa"/>
            <w:tcMar>
              <w:top w:w="45" w:type="dxa"/>
              <w:left w:w="80" w:type="dxa"/>
              <w:bottom w:w="45" w:type="dxa"/>
              <w:right w:w="80" w:type="dxa"/>
            </w:tcMar>
          </w:tcPr>
          <w:p w14:paraId="46D43F21" w14:textId="77777777" w:rsidR="0078724F" w:rsidRDefault="00000000">
            <w:r>
              <w:rPr>
                <w:rFonts w:ascii="Arial" w:eastAsia="Yu Gothic" w:hAnsi="Arial"/>
                <w:sz w:val="18"/>
              </w:rPr>
              <w:t xml:space="preserve"> </w:t>
            </w:r>
          </w:p>
        </w:tc>
      </w:tr>
      <w:tr w:rsidR="0078724F" w14:paraId="64D6AF11" w14:textId="77777777">
        <w:trPr>
          <w:cantSplit/>
          <w:trHeight w:val="520"/>
          <w:jc w:val="center"/>
        </w:trPr>
        <w:tc>
          <w:tcPr>
            <w:tcW w:w="453" w:type="dxa"/>
            <w:shd w:val="clear" w:color="auto" w:fill="DCE6F1"/>
            <w:tcMar>
              <w:top w:w="45" w:type="dxa"/>
              <w:left w:w="35" w:type="dxa"/>
              <w:bottom w:w="45" w:type="dxa"/>
              <w:right w:w="35" w:type="dxa"/>
            </w:tcMar>
          </w:tcPr>
          <w:p w14:paraId="657206BD" w14:textId="77777777" w:rsidR="00091623" w:rsidRDefault="00000000">
            <w:pPr>
              <w:spacing w:after="0"/>
            </w:pPr>
            <w:r>
              <w:rPr>
                <w:rFonts w:ascii="Arial" w:eastAsia="Yu Gothic" w:hAnsi="Arial"/>
                <w:b/>
                <w:color w:val="1F4E78"/>
                <w:sz w:val="16"/>
              </w:rPr>
              <w:t>2</w:t>
            </w:r>
          </w:p>
        </w:tc>
        <w:tc>
          <w:tcPr>
            <w:tcW w:w="9751" w:type="dxa"/>
            <w:tcMar>
              <w:top w:w="45" w:type="dxa"/>
              <w:left w:w="80" w:type="dxa"/>
              <w:bottom w:w="45" w:type="dxa"/>
              <w:right w:w="80" w:type="dxa"/>
            </w:tcMar>
          </w:tcPr>
          <w:p w14:paraId="62795C4C" w14:textId="77777777" w:rsidR="0078724F" w:rsidRDefault="00000000">
            <w:r>
              <w:rPr>
                <w:rFonts w:ascii="Arial" w:eastAsia="Yu Gothic" w:hAnsi="Arial"/>
                <w:sz w:val="18"/>
              </w:rPr>
              <w:t xml:space="preserve"> </w:t>
            </w:r>
          </w:p>
        </w:tc>
      </w:tr>
      <w:tr w:rsidR="0078724F" w14:paraId="07E4E20F" w14:textId="77777777">
        <w:trPr>
          <w:cantSplit/>
          <w:trHeight w:val="520"/>
          <w:jc w:val="center"/>
        </w:trPr>
        <w:tc>
          <w:tcPr>
            <w:tcW w:w="453" w:type="dxa"/>
            <w:shd w:val="clear" w:color="auto" w:fill="DCE6F1"/>
            <w:tcMar>
              <w:top w:w="45" w:type="dxa"/>
              <w:left w:w="35" w:type="dxa"/>
              <w:bottom w:w="45" w:type="dxa"/>
              <w:right w:w="35" w:type="dxa"/>
            </w:tcMar>
          </w:tcPr>
          <w:p w14:paraId="1B0708C1" w14:textId="77777777" w:rsidR="00091623" w:rsidRDefault="00000000">
            <w:pPr>
              <w:spacing w:after="0"/>
            </w:pPr>
            <w:r>
              <w:rPr>
                <w:rFonts w:ascii="Arial" w:eastAsia="Yu Gothic" w:hAnsi="Arial"/>
                <w:b/>
                <w:color w:val="1F4E78"/>
                <w:sz w:val="16"/>
              </w:rPr>
              <w:t>3</w:t>
            </w:r>
          </w:p>
        </w:tc>
        <w:tc>
          <w:tcPr>
            <w:tcW w:w="9751" w:type="dxa"/>
            <w:tcMar>
              <w:top w:w="45" w:type="dxa"/>
              <w:left w:w="80" w:type="dxa"/>
              <w:bottom w:w="45" w:type="dxa"/>
              <w:right w:w="80" w:type="dxa"/>
            </w:tcMar>
          </w:tcPr>
          <w:p w14:paraId="77E784F7" w14:textId="77777777" w:rsidR="0078724F" w:rsidRDefault="00000000">
            <w:r>
              <w:rPr>
                <w:rFonts w:ascii="Arial" w:eastAsia="Yu Gothic" w:hAnsi="Arial"/>
                <w:sz w:val="18"/>
              </w:rPr>
              <w:t xml:space="preserve"> </w:t>
            </w:r>
          </w:p>
        </w:tc>
      </w:tr>
      <w:tr w:rsidR="0078724F" w14:paraId="1890BA1B" w14:textId="77777777">
        <w:trPr>
          <w:cantSplit/>
          <w:trHeight w:val="520"/>
          <w:jc w:val="center"/>
        </w:trPr>
        <w:tc>
          <w:tcPr>
            <w:tcW w:w="453" w:type="dxa"/>
            <w:shd w:val="clear" w:color="auto" w:fill="DCE6F1"/>
            <w:tcMar>
              <w:top w:w="45" w:type="dxa"/>
              <w:left w:w="35" w:type="dxa"/>
              <w:bottom w:w="45" w:type="dxa"/>
              <w:right w:w="35" w:type="dxa"/>
            </w:tcMar>
          </w:tcPr>
          <w:p w14:paraId="72C10355" w14:textId="77777777" w:rsidR="00091623" w:rsidRDefault="00000000">
            <w:pPr>
              <w:spacing w:after="0"/>
            </w:pPr>
            <w:r>
              <w:rPr>
                <w:rFonts w:ascii="Arial" w:eastAsia="Yu Gothic" w:hAnsi="Arial"/>
                <w:b/>
                <w:color w:val="1F4E78"/>
                <w:sz w:val="16"/>
              </w:rPr>
              <w:t>4</w:t>
            </w:r>
          </w:p>
        </w:tc>
        <w:tc>
          <w:tcPr>
            <w:tcW w:w="9751" w:type="dxa"/>
            <w:tcMar>
              <w:top w:w="45" w:type="dxa"/>
              <w:left w:w="80" w:type="dxa"/>
              <w:bottom w:w="45" w:type="dxa"/>
              <w:right w:w="80" w:type="dxa"/>
            </w:tcMar>
          </w:tcPr>
          <w:p w14:paraId="71A9C252" w14:textId="77777777" w:rsidR="0078724F" w:rsidRDefault="00000000">
            <w:r>
              <w:rPr>
                <w:rFonts w:ascii="Arial" w:eastAsia="Yu Gothic" w:hAnsi="Arial"/>
                <w:sz w:val="18"/>
              </w:rPr>
              <w:t xml:space="preserve"> </w:t>
            </w:r>
          </w:p>
        </w:tc>
      </w:tr>
      <w:tr w:rsidR="0078724F" w14:paraId="17668EB1" w14:textId="77777777">
        <w:trPr>
          <w:cantSplit/>
          <w:trHeight w:val="520"/>
          <w:jc w:val="center"/>
        </w:trPr>
        <w:tc>
          <w:tcPr>
            <w:tcW w:w="453" w:type="dxa"/>
            <w:shd w:val="clear" w:color="auto" w:fill="DCE6F1"/>
            <w:tcMar>
              <w:top w:w="45" w:type="dxa"/>
              <w:left w:w="35" w:type="dxa"/>
              <w:bottom w:w="45" w:type="dxa"/>
              <w:right w:w="35" w:type="dxa"/>
            </w:tcMar>
          </w:tcPr>
          <w:p w14:paraId="03404A18" w14:textId="77777777" w:rsidR="00091623" w:rsidRDefault="00000000">
            <w:pPr>
              <w:spacing w:after="0"/>
            </w:pPr>
            <w:r>
              <w:rPr>
                <w:rFonts w:ascii="Arial" w:eastAsia="Yu Gothic" w:hAnsi="Arial"/>
                <w:b/>
                <w:color w:val="1F4E78"/>
                <w:sz w:val="16"/>
              </w:rPr>
              <w:t>5</w:t>
            </w:r>
          </w:p>
        </w:tc>
        <w:tc>
          <w:tcPr>
            <w:tcW w:w="9751" w:type="dxa"/>
            <w:tcMar>
              <w:top w:w="45" w:type="dxa"/>
              <w:left w:w="80" w:type="dxa"/>
              <w:bottom w:w="45" w:type="dxa"/>
              <w:right w:w="80" w:type="dxa"/>
            </w:tcMar>
          </w:tcPr>
          <w:p w14:paraId="54673B9B" w14:textId="77777777" w:rsidR="0078724F" w:rsidRDefault="00000000">
            <w:r>
              <w:rPr>
                <w:rFonts w:ascii="Arial" w:eastAsia="Yu Gothic" w:hAnsi="Arial"/>
                <w:sz w:val="18"/>
              </w:rPr>
              <w:t xml:space="preserve"> </w:t>
            </w:r>
          </w:p>
        </w:tc>
      </w:tr>
      <w:tr w:rsidR="0078724F" w14:paraId="7C4EB700" w14:textId="77777777">
        <w:trPr>
          <w:cantSplit/>
          <w:trHeight w:val="520"/>
          <w:jc w:val="center"/>
        </w:trPr>
        <w:tc>
          <w:tcPr>
            <w:tcW w:w="453" w:type="dxa"/>
            <w:shd w:val="clear" w:color="auto" w:fill="DCE6F1"/>
            <w:tcMar>
              <w:top w:w="45" w:type="dxa"/>
              <w:left w:w="35" w:type="dxa"/>
              <w:bottom w:w="45" w:type="dxa"/>
              <w:right w:w="35" w:type="dxa"/>
            </w:tcMar>
          </w:tcPr>
          <w:p w14:paraId="547CDD90" w14:textId="77777777" w:rsidR="00091623" w:rsidRDefault="00000000">
            <w:pPr>
              <w:spacing w:after="0"/>
            </w:pPr>
            <w:r>
              <w:rPr>
                <w:rFonts w:ascii="Arial" w:eastAsia="Yu Gothic" w:hAnsi="Arial"/>
                <w:b/>
                <w:color w:val="1F4E78"/>
                <w:sz w:val="16"/>
              </w:rPr>
              <w:t>6</w:t>
            </w:r>
          </w:p>
        </w:tc>
        <w:tc>
          <w:tcPr>
            <w:tcW w:w="9751" w:type="dxa"/>
            <w:tcMar>
              <w:top w:w="45" w:type="dxa"/>
              <w:left w:w="80" w:type="dxa"/>
              <w:bottom w:w="45" w:type="dxa"/>
              <w:right w:w="80" w:type="dxa"/>
            </w:tcMar>
          </w:tcPr>
          <w:p w14:paraId="554CBF2B" w14:textId="77777777" w:rsidR="0078724F" w:rsidRDefault="00000000">
            <w:r>
              <w:rPr>
                <w:rFonts w:ascii="Arial" w:eastAsia="Yu Gothic" w:hAnsi="Arial"/>
                <w:sz w:val="18"/>
              </w:rPr>
              <w:t xml:space="preserve"> </w:t>
            </w:r>
          </w:p>
        </w:tc>
      </w:tr>
      <w:tr w:rsidR="0078724F" w14:paraId="07408B19" w14:textId="77777777">
        <w:trPr>
          <w:cantSplit/>
          <w:trHeight w:val="520"/>
          <w:jc w:val="center"/>
        </w:trPr>
        <w:tc>
          <w:tcPr>
            <w:tcW w:w="453" w:type="dxa"/>
            <w:shd w:val="clear" w:color="auto" w:fill="DCE6F1"/>
            <w:tcMar>
              <w:top w:w="45" w:type="dxa"/>
              <w:left w:w="35" w:type="dxa"/>
              <w:bottom w:w="45" w:type="dxa"/>
              <w:right w:w="35" w:type="dxa"/>
            </w:tcMar>
          </w:tcPr>
          <w:p w14:paraId="72CF67CB" w14:textId="77777777" w:rsidR="00091623" w:rsidRDefault="00000000">
            <w:pPr>
              <w:spacing w:after="0"/>
            </w:pPr>
            <w:r>
              <w:rPr>
                <w:rFonts w:ascii="Arial" w:eastAsia="Yu Gothic" w:hAnsi="Arial"/>
                <w:b/>
                <w:color w:val="1F4E78"/>
                <w:sz w:val="16"/>
              </w:rPr>
              <w:t>7</w:t>
            </w:r>
          </w:p>
        </w:tc>
        <w:tc>
          <w:tcPr>
            <w:tcW w:w="9751" w:type="dxa"/>
            <w:tcMar>
              <w:top w:w="45" w:type="dxa"/>
              <w:left w:w="80" w:type="dxa"/>
              <w:bottom w:w="45" w:type="dxa"/>
              <w:right w:w="80" w:type="dxa"/>
            </w:tcMar>
          </w:tcPr>
          <w:p w14:paraId="19CDCD0F" w14:textId="77777777" w:rsidR="0078724F" w:rsidRDefault="00000000">
            <w:r>
              <w:rPr>
                <w:rFonts w:ascii="Arial" w:eastAsia="Yu Gothic" w:hAnsi="Arial"/>
                <w:sz w:val="18"/>
              </w:rPr>
              <w:t xml:space="preserve"> </w:t>
            </w:r>
          </w:p>
        </w:tc>
      </w:tr>
    </w:tbl>
    <w:tbl>
      <w:tblPr>
        <w:tblW w:w="0" w:type="auto"/>
        <w:jc w:val="center"/>
        <w:tblBorders>
          <w:top w:val="single" w:sz="6" w:space="0" w:color="B4C7E7"/>
          <w:left w:val="single" w:sz="6" w:space="0" w:color="B4C7E7"/>
          <w:bottom w:val="single" w:sz="6" w:space="0" w:color="B4C7E7"/>
          <w:right w:val="single" w:sz="6" w:space="0" w:color="B4C7E7"/>
          <w:insideH w:val="single" w:sz="6" w:space="0" w:color="B4C7E7"/>
          <w:insideV w:val="single" w:sz="6" w:space="0" w:color="B4C7E7"/>
        </w:tblBorders>
        <w:tblLook w:val="04A0" w:firstRow="1" w:lastRow="0" w:firstColumn="1" w:lastColumn="0" w:noHBand="0" w:noVBand="1"/>
      </w:tblPr>
      <w:tblGrid>
        <w:gridCol w:w="10540"/>
      </w:tblGrid>
      <w:tr w:rsidR="0078724F" w14:paraId="2C0105D0" w14:textId="77777777">
        <w:trPr>
          <w:jc w:val="center"/>
        </w:trPr>
        <w:tc>
          <w:tcPr>
            <w:tcW w:w="10540" w:type="dxa"/>
            <w:shd w:val="clear" w:color="auto" w:fill="F4F8FB"/>
            <w:tcMar>
              <w:top w:w="80" w:type="dxa"/>
              <w:left w:w="110" w:type="dxa"/>
              <w:bottom w:w="80" w:type="dxa"/>
              <w:right w:w="110" w:type="dxa"/>
            </w:tcMar>
          </w:tcPr>
          <w:p w14:paraId="5224FEF8" w14:textId="77777777" w:rsidR="0078724F" w:rsidRDefault="00000000">
            <w:pPr>
              <w:spacing w:after="0" w:line="240" w:lineRule="auto"/>
            </w:pPr>
            <w:r>
              <w:rPr>
                <w:rFonts w:ascii="Arial" w:eastAsia="Yu Gothic" w:hAnsi="Arial"/>
                <w:b/>
                <w:color w:val="1F4E78"/>
                <w:sz w:val="17"/>
              </w:rPr>
              <w:t>【</w:t>
            </w:r>
            <w:proofErr w:type="spellStart"/>
            <w:r>
              <w:rPr>
                <w:rFonts w:ascii="Arial" w:eastAsia="Yu Gothic" w:hAnsi="Arial"/>
                <w:b/>
                <w:color w:val="1F4E78"/>
                <w:sz w:val="17"/>
              </w:rPr>
              <w:t>日本語基準型・正規履修コース</w:t>
            </w:r>
            <w:proofErr w:type="spellEnd"/>
            <w:r>
              <w:rPr>
                <w:rFonts w:ascii="Arial" w:eastAsia="Yu Gothic" w:hAnsi="Arial"/>
                <w:b/>
                <w:color w:val="1F4E78"/>
                <w:sz w:val="17"/>
              </w:rPr>
              <w:t xml:space="preserve"> / Japanese-Based Regular Course</w:t>
            </w:r>
            <w:r>
              <w:rPr>
                <w:rFonts w:ascii="Arial" w:eastAsia="Yu Gothic" w:hAnsi="Arial"/>
                <w:b/>
                <w:color w:val="1F4E78"/>
                <w:sz w:val="17"/>
              </w:rPr>
              <w:t>】</w:t>
            </w:r>
          </w:p>
          <w:p w14:paraId="70565578" w14:textId="77777777" w:rsidR="0078724F" w:rsidRDefault="00000000">
            <w:pPr>
              <w:spacing w:after="0" w:line="240" w:lineRule="auto"/>
            </w:pPr>
            <w:proofErr w:type="spellStart"/>
            <w:r>
              <w:rPr>
                <w:rFonts w:ascii="Arial" w:eastAsia="Yu Gothic" w:hAnsi="Arial"/>
                <w:b/>
                <w:sz w:val="15"/>
              </w:rPr>
              <w:t>日本語科目および演習（</w:t>
            </w:r>
            <w:r>
              <w:rPr>
                <w:rFonts w:ascii="Arial" w:eastAsia="Yu Gothic" w:hAnsi="Arial"/>
                <w:b/>
                <w:sz w:val="15"/>
              </w:rPr>
              <w:t>Seminar</w:t>
            </w:r>
            <w:r>
              <w:rPr>
                <w:rFonts w:ascii="Arial" w:eastAsia="Yu Gothic" w:hAnsi="Arial"/>
                <w:b/>
                <w:sz w:val="15"/>
              </w:rPr>
              <w:t>）は原則必修です</w:t>
            </w:r>
            <w:proofErr w:type="spellEnd"/>
            <w:r>
              <w:rPr>
                <w:rFonts w:ascii="Arial" w:eastAsia="Yu Gothic" w:hAnsi="Arial"/>
                <w:b/>
                <w:sz w:val="15"/>
              </w:rPr>
              <w:t>。</w:t>
            </w:r>
          </w:p>
          <w:p w14:paraId="3B19D395" w14:textId="77777777" w:rsidR="0078724F" w:rsidRDefault="00000000">
            <w:pPr>
              <w:spacing w:after="0" w:line="240" w:lineRule="auto"/>
            </w:pPr>
            <w:r>
              <w:rPr>
                <w:rFonts w:ascii="Arial" w:eastAsia="Yu Gothic" w:hAnsi="Arial"/>
                <w:color w:val="4472C4"/>
                <w:sz w:val="14"/>
              </w:rPr>
              <w:t>Japanese language courses and a Seminar course are, in principle, compulsory.</w:t>
            </w:r>
          </w:p>
          <w:p w14:paraId="68D6BFB0" w14:textId="77777777" w:rsidR="0078724F" w:rsidRDefault="00000000">
            <w:pPr>
              <w:spacing w:after="0" w:line="240" w:lineRule="auto"/>
            </w:pPr>
            <w:r>
              <w:rPr>
                <w:rFonts w:ascii="Arial" w:eastAsia="Yu Gothic" w:hAnsi="Arial"/>
                <w:b/>
                <w:color w:val="1F4E78"/>
                <w:sz w:val="17"/>
              </w:rPr>
              <w:t>【</w:t>
            </w:r>
            <w:proofErr w:type="spellStart"/>
            <w:r>
              <w:rPr>
                <w:rFonts w:ascii="Arial" w:eastAsia="Yu Gothic" w:hAnsi="Arial"/>
                <w:b/>
                <w:color w:val="1F4E78"/>
                <w:sz w:val="17"/>
              </w:rPr>
              <w:t>英語基準型・限定履修コース</w:t>
            </w:r>
            <w:proofErr w:type="spellEnd"/>
            <w:r>
              <w:rPr>
                <w:rFonts w:ascii="Arial" w:eastAsia="Yu Gothic" w:hAnsi="Arial"/>
                <w:b/>
                <w:color w:val="1F4E78"/>
                <w:sz w:val="17"/>
              </w:rPr>
              <w:t xml:space="preserve"> / English-Based Limited Course</w:t>
            </w:r>
            <w:r>
              <w:rPr>
                <w:rFonts w:ascii="Arial" w:eastAsia="Yu Gothic" w:hAnsi="Arial"/>
                <w:b/>
                <w:color w:val="1F4E78"/>
                <w:sz w:val="17"/>
              </w:rPr>
              <w:t>】</w:t>
            </w:r>
          </w:p>
          <w:p w14:paraId="1184A47F" w14:textId="77777777" w:rsidR="0078724F" w:rsidRDefault="00000000">
            <w:pPr>
              <w:spacing w:after="0" w:line="240" w:lineRule="auto"/>
              <w:rPr>
                <w:lang w:eastAsia="ja-JP"/>
              </w:rPr>
            </w:pPr>
            <w:proofErr w:type="spellStart"/>
            <w:r>
              <w:rPr>
                <w:rFonts w:ascii="Arial" w:eastAsia="Yu Gothic" w:hAnsi="Arial"/>
                <w:sz w:val="14"/>
              </w:rPr>
              <w:t>日本語科目は原則必修です。演習（</w:t>
            </w:r>
            <w:r>
              <w:rPr>
                <w:rFonts w:ascii="Arial" w:eastAsia="Yu Gothic" w:hAnsi="Arial"/>
                <w:sz w:val="14"/>
              </w:rPr>
              <w:t>Seminar</w:t>
            </w:r>
            <w:r>
              <w:rPr>
                <w:rFonts w:ascii="Arial" w:eastAsia="Yu Gothic" w:hAnsi="Arial"/>
                <w:sz w:val="14"/>
              </w:rPr>
              <w:t>）は履修できません</w:t>
            </w:r>
            <w:proofErr w:type="spellEnd"/>
            <w:r>
              <w:rPr>
                <w:rFonts w:ascii="Arial" w:eastAsia="Yu Gothic" w:hAnsi="Arial"/>
                <w:sz w:val="14"/>
              </w:rPr>
              <w:t>。</w:t>
            </w:r>
            <w:r>
              <w:rPr>
                <w:rFonts w:ascii="Arial" w:eastAsia="Yu Gothic" w:hAnsi="Arial"/>
                <w:sz w:val="14"/>
                <w:lang w:eastAsia="ja-JP"/>
              </w:rPr>
              <w:t>募集要項末尾の</w:t>
            </w:r>
            <w:r>
              <w:rPr>
                <w:rFonts w:ascii="Arial" w:eastAsia="Yu Gothic" w:hAnsi="Arial"/>
                <w:sz w:val="14"/>
                <w:lang w:eastAsia="ja-JP"/>
              </w:rPr>
              <w:t>Global Subjects</w:t>
            </w:r>
            <w:r>
              <w:rPr>
                <w:rFonts w:ascii="Arial" w:eastAsia="Yu Gothic" w:hAnsi="Arial"/>
                <w:sz w:val="14"/>
                <w:lang w:eastAsia="ja-JP"/>
              </w:rPr>
              <w:t>一覧（</w:t>
            </w:r>
            <w:r>
              <w:rPr>
                <w:rFonts w:ascii="Arial" w:eastAsia="Yu Gothic" w:hAnsi="Arial"/>
                <w:sz w:val="14"/>
                <w:lang w:eastAsia="ja-JP"/>
              </w:rPr>
              <w:t>2026</w:t>
            </w:r>
            <w:r>
              <w:rPr>
                <w:rFonts w:ascii="Arial" w:eastAsia="Yu Gothic" w:hAnsi="Arial"/>
                <w:sz w:val="14"/>
                <w:lang w:eastAsia="ja-JP"/>
              </w:rPr>
              <w:t>年度実績）から選択してください。</w:t>
            </w:r>
            <w:r>
              <w:rPr>
                <w:rFonts w:ascii="Arial" w:eastAsia="Yu Gothic" w:hAnsi="Arial"/>
                <w:sz w:val="14"/>
                <w:lang w:eastAsia="ja-JP"/>
              </w:rPr>
              <w:t>2027</w:t>
            </w:r>
            <w:r>
              <w:rPr>
                <w:rFonts w:ascii="Arial" w:eastAsia="Yu Gothic" w:hAnsi="Arial"/>
                <w:sz w:val="14"/>
                <w:lang w:eastAsia="ja-JP"/>
              </w:rPr>
              <w:t>年度の開講科目は未定であり、変更となる可能性があります。</w:t>
            </w:r>
          </w:p>
          <w:p w14:paraId="28A762A5" w14:textId="77777777" w:rsidR="0078724F" w:rsidRDefault="00000000">
            <w:pPr>
              <w:spacing w:after="0" w:line="240" w:lineRule="auto"/>
            </w:pPr>
            <w:r>
              <w:rPr>
                <w:rFonts w:ascii="Arial" w:eastAsia="Yu Gothic" w:hAnsi="Arial"/>
                <w:color w:val="4472C4"/>
                <w:sz w:val="14"/>
              </w:rPr>
              <w:t>Japanese language courses are, in principle, compulsory. Seminar courses are not available. Select preferred subjects from the Global Subjects list based on 2026. Courses for 2027 are not finalized and are subject to change.</w:t>
            </w:r>
          </w:p>
          <w:p w14:paraId="38802ADC" w14:textId="77777777" w:rsidR="0078724F" w:rsidRDefault="00000000">
            <w:pPr>
              <w:spacing w:after="0" w:line="240" w:lineRule="auto"/>
            </w:pPr>
            <w:r>
              <w:rPr>
                <w:rFonts w:ascii="Arial" w:eastAsia="Yu Gothic" w:hAnsi="Arial"/>
                <w:b/>
                <w:color w:val="1F4E78"/>
                <w:sz w:val="17"/>
              </w:rPr>
              <w:t>【</w:t>
            </w:r>
            <w:proofErr w:type="spellStart"/>
            <w:r>
              <w:rPr>
                <w:rFonts w:ascii="Arial" w:eastAsia="Yu Gothic" w:hAnsi="Arial"/>
                <w:b/>
                <w:color w:val="1F4E78"/>
                <w:sz w:val="17"/>
              </w:rPr>
              <w:t>両コース共通</w:t>
            </w:r>
            <w:proofErr w:type="spellEnd"/>
            <w:r>
              <w:rPr>
                <w:rFonts w:ascii="Arial" w:eastAsia="Yu Gothic" w:hAnsi="Arial"/>
                <w:b/>
                <w:color w:val="1F4E78"/>
                <w:sz w:val="17"/>
              </w:rPr>
              <w:t xml:space="preserve"> / Applicable to Both Courses</w:t>
            </w:r>
            <w:r>
              <w:rPr>
                <w:rFonts w:ascii="Arial" w:eastAsia="Yu Gothic" w:hAnsi="Arial"/>
                <w:b/>
                <w:color w:val="1F4E78"/>
                <w:sz w:val="17"/>
              </w:rPr>
              <w:t>】</w:t>
            </w:r>
          </w:p>
          <w:p w14:paraId="27F90860" w14:textId="77777777" w:rsidR="0078724F" w:rsidRDefault="00000000">
            <w:pPr>
              <w:spacing w:after="0" w:line="240" w:lineRule="auto"/>
            </w:pPr>
            <w:r>
              <w:rPr>
                <w:rFonts w:ascii="Arial" w:eastAsia="Yu Gothic" w:hAnsi="Arial"/>
                <w:sz w:val="14"/>
              </w:rPr>
              <w:t>履修希望科目一覧には、日本語科目（</w:t>
            </w:r>
            <w:r>
              <w:rPr>
                <w:rFonts w:ascii="Arial" w:eastAsia="Yu Gothic" w:hAnsi="Arial"/>
                <w:sz w:val="14"/>
              </w:rPr>
              <w:t>2</w:t>
            </w:r>
            <w:r>
              <w:rPr>
                <w:rFonts w:ascii="Arial" w:eastAsia="Yu Gothic" w:hAnsi="Arial"/>
                <w:sz w:val="14"/>
              </w:rPr>
              <w:t>科目）および演習（</w:t>
            </w:r>
            <w:r>
              <w:rPr>
                <w:rFonts w:ascii="Arial" w:eastAsia="Yu Gothic" w:hAnsi="Arial"/>
                <w:sz w:val="14"/>
              </w:rPr>
              <w:t>1</w:t>
            </w:r>
            <w:r>
              <w:rPr>
                <w:rFonts w:ascii="Arial" w:eastAsia="Yu Gothic" w:hAnsi="Arial"/>
                <w:sz w:val="14"/>
              </w:rPr>
              <w:t>科目、日本語基準型・正規履修コースの学生のみ）を含め、合計</w:t>
            </w:r>
            <w:r>
              <w:rPr>
                <w:rFonts w:ascii="Arial" w:eastAsia="Yu Gothic" w:hAnsi="Arial"/>
                <w:sz w:val="14"/>
              </w:rPr>
              <w:t>7</w:t>
            </w:r>
            <w:r>
              <w:rPr>
                <w:rFonts w:ascii="Arial" w:eastAsia="Yu Gothic" w:hAnsi="Arial"/>
                <w:sz w:val="14"/>
              </w:rPr>
              <w:t>科目以上を記入してください。</w:t>
            </w:r>
          </w:p>
          <w:p w14:paraId="17C3052C" w14:textId="77777777" w:rsidR="0078724F" w:rsidRDefault="00000000">
            <w:pPr>
              <w:spacing w:after="0" w:line="240" w:lineRule="auto"/>
              <w:rPr>
                <w:lang w:eastAsia="ja-JP"/>
              </w:rPr>
            </w:pPr>
            <w:r>
              <w:rPr>
                <w:rFonts w:ascii="Arial" w:eastAsia="Yu Gothic" w:hAnsi="Arial"/>
                <w:sz w:val="14"/>
                <w:lang w:eastAsia="ja-JP"/>
              </w:rPr>
              <w:t>最終的な履修科目は、日本到着後のオリエンテーションおよび履修登録指導で決定します。希望科目は、時間割の重複、履修条件、定員等により履修できない場合があります。</w:t>
            </w:r>
          </w:p>
          <w:p w14:paraId="2FAA289A" w14:textId="77777777" w:rsidR="0078724F" w:rsidRDefault="00000000">
            <w:pPr>
              <w:spacing w:after="0" w:line="240" w:lineRule="auto"/>
            </w:pPr>
            <w:r>
              <w:rPr>
                <w:rFonts w:ascii="Arial" w:eastAsia="Yu Gothic" w:hAnsi="Arial"/>
                <w:color w:val="4472C4"/>
                <w:sz w:val="13"/>
              </w:rPr>
              <w:t>Please list at least seven subjects in total, including two Japanese language courses and, for students in the Japanese-Based Regular Course, one Seminar course.</w:t>
            </w:r>
          </w:p>
          <w:p w14:paraId="2DE45797" w14:textId="77777777" w:rsidR="0078724F" w:rsidRDefault="00000000">
            <w:pPr>
              <w:spacing w:after="0" w:line="240" w:lineRule="auto"/>
            </w:pPr>
            <w:r>
              <w:rPr>
                <w:rFonts w:ascii="Arial" w:eastAsia="Yu Gothic" w:hAnsi="Arial"/>
                <w:color w:val="4472C4"/>
                <w:sz w:val="13"/>
              </w:rPr>
              <w:t>Final registration will be determined after arrival during orientation and course registration advising. Requested subjects may be unavailable due to timetable conflicts, course requirements, class capacity, or other reasons.</w:t>
            </w:r>
          </w:p>
        </w:tc>
      </w:tr>
    </w:tbl>
    <w:p w14:paraId="3E48BAC1" w14:textId="5C0B65BD" w:rsidR="0078724F" w:rsidRDefault="0078724F">
      <w:pPr>
        <w:spacing w:after="0"/>
      </w:pPr>
    </w:p>
    <w:p w14:paraId="07314ED1" w14:textId="77777777" w:rsidR="0078724F" w:rsidRDefault="00000000">
      <w:pPr>
        <w:pageBreakBefore/>
        <w:shd w:val="clear" w:color="auto" w:fill="1F4E78"/>
        <w:spacing w:before="80" w:after="40"/>
      </w:pPr>
      <w:r>
        <w:rPr>
          <w:rFonts w:ascii="Arial" w:eastAsia="Yu Gothic" w:hAnsi="Arial"/>
          <w:b/>
          <w:color w:val="FFFFFF"/>
          <w:sz w:val="21"/>
        </w:rPr>
        <w:lastRenderedPageBreak/>
        <w:t xml:space="preserve">  </w:t>
      </w:r>
      <w:r>
        <w:rPr>
          <w:rFonts w:ascii="Arial" w:eastAsia="Yu Gothic" w:hAnsi="Arial"/>
          <w:b/>
          <w:color w:val="FFFFFF"/>
          <w:sz w:val="21"/>
        </w:rPr>
        <w:t>セクション</w:t>
      </w:r>
      <w:r>
        <w:rPr>
          <w:rFonts w:ascii="Arial" w:eastAsia="Yu Gothic" w:hAnsi="Arial"/>
          <w:b/>
          <w:color w:val="FFFFFF"/>
          <w:sz w:val="21"/>
        </w:rPr>
        <w:t>2</w:t>
      </w:r>
      <w:r>
        <w:rPr>
          <w:rFonts w:ascii="Arial" w:eastAsia="Yu Gothic" w:hAnsi="Arial"/>
          <w:b/>
          <w:color w:val="FFFFFF"/>
          <w:sz w:val="21"/>
        </w:rPr>
        <w:t>：交換留学申請内容（続き）</w:t>
      </w:r>
      <w:r>
        <w:rPr>
          <w:rFonts w:ascii="Arial" w:eastAsia="Yu Gothic" w:hAnsi="Arial"/>
          <w:b/>
          <w:color w:val="FFFFFF"/>
          <w:sz w:val="17"/>
        </w:rPr>
        <w:t xml:space="preserve">  SECTION 2: APPLICATION DETAILS, CONTINUED</w:t>
      </w:r>
    </w:p>
    <w:p w14:paraId="09A94D18" w14:textId="77777777" w:rsidR="0078724F" w:rsidRDefault="00000000">
      <w:pPr>
        <w:keepNext/>
        <w:spacing w:after="20"/>
      </w:pPr>
      <w:proofErr w:type="spellStart"/>
      <w:r>
        <w:rPr>
          <w:rFonts w:ascii="Arial" w:eastAsia="Yu Gothic" w:hAnsi="Arial"/>
          <w:b/>
          <w:color w:val="1F4E78"/>
          <w:sz w:val="19"/>
        </w:rPr>
        <w:t>大阪経済大学で学びたい内容</w:t>
      </w:r>
      <w:proofErr w:type="spellEnd"/>
      <w:r>
        <w:rPr>
          <w:rFonts w:ascii="Arial" w:eastAsia="Yu Gothic" w:hAnsi="Arial"/>
          <w:b/>
          <w:color w:val="4472C4"/>
          <w:sz w:val="17"/>
        </w:rPr>
        <w:t xml:space="preserve">  What do you want to study at Osaka University of Economics?</w:t>
      </w:r>
    </w:p>
    <w:p w14:paraId="3EFF48CB" w14:textId="77777777" w:rsidR="0078724F" w:rsidRDefault="00000000">
      <w:pPr>
        <w:keepNext/>
        <w:spacing w:after="40"/>
      </w:pPr>
      <w:r>
        <w:rPr>
          <w:rFonts w:ascii="Arial" w:eastAsia="Yu Gothic" w:hAnsi="Arial"/>
          <w:color w:val="666666"/>
          <w:sz w:val="14"/>
        </w:rPr>
        <w:t xml:space="preserve">※ </w:t>
      </w:r>
      <w:proofErr w:type="spellStart"/>
      <w:r>
        <w:rPr>
          <w:rFonts w:ascii="Arial" w:eastAsia="Yu Gothic" w:hAnsi="Arial"/>
          <w:color w:val="666666"/>
          <w:sz w:val="14"/>
        </w:rPr>
        <w:t>日本語基準型・正規履修コース（</w:t>
      </w:r>
      <w:r>
        <w:rPr>
          <w:rFonts w:ascii="Arial" w:eastAsia="Yu Gothic" w:hAnsi="Arial"/>
          <w:color w:val="666666"/>
          <w:sz w:val="14"/>
        </w:rPr>
        <w:t>Japanese-Based</w:t>
      </w:r>
      <w:proofErr w:type="spellEnd"/>
      <w:r>
        <w:rPr>
          <w:rFonts w:ascii="Arial" w:eastAsia="Yu Gothic" w:hAnsi="Arial"/>
          <w:color w:val="666666"/>
          <w:sz w:val="14"/>
        </w:rPr>
        <w:t xml:space="preserve"> Regular </w:t>
      </w:r>
      <w:proofErr w:type="spellStart"/>
      <w:r>
        <w:rPr>
          <w:rFonts w:ascii="Arial" w:eastAsia="Yu Gothic" w:hAnsi="Arial"/>
          <w:color w:val="666666"/>
          <w:sz w:val="14"/>
        </w:rPr>
        <w:t>Course</w:t>
      </w:r>
      <w:r>
        <w:rPr>
          <w:rFonts w:ascii="Arial" w:eastAsia="Yu Gothic" w:hAnsi="Arial"/>
          <w:color w:val="666666"/>
          <w:sz w:val="14"/>
        </w:rPr>
        <w:t>）は日本語で、英語基準型・限定履修コース（</w:t>
      </w:r>
      <w:r>
        <w:rPr>
          <w:rFonts w:ascii="Arial" w:eastAsia="Yu Gothic" w:hAnsi="Arial"/>
          <w:color w:val="666666"/>
          <w:sz w:val="14"/>
        </w:rPr>
        <w:t>English-Based</w:t>
      </w:r>
      <w:proofErr w:type="spellEnd"/>
      <w:r>
        <w:rPr>
          <w:rFonts w:ascii="Arial" w:eastAsia="Yu Gothic" w:hAnsi="Arial"/>
          <w:color w:val="666666"/>
          <w:sz w:val="14"/>
        </w:rPr>
        <w:t xml:space="preserve"> Limited </w:t>
      </w:r>
      <w:proofErr w:type="spellStart"/>
      <w:r>
        <w:rPr>
          <w:rFonts w:ascii="Arial" w:eastAsia="Yu Gothic" w:hAnsi="Arial"/>
          <w:color w:val="666666"/>
          <w:sz w:val="14"/>
        </w:rPr>
        <w:t>Course</w:t>
      </w:r>
      <w:r>
        <w:rPr>
          <w:rFonts w:ascii="Arial" w:eastAsia="Yu Gothic" w:hAnsi="Arial"/>
          <w:color w:val="666666"/>
          <w:sz w:val="14"/>
        </w:rPr>
        <w:t>）は英語で記入してください</w:t>
      </w:r>
      <w:proofErr w:type="spellEnd"/>
      <w:r>
        <w:rPr>
          <w:rFonts w:ascii="Arial" w:eastAsia="Yu Gothic" w:hAnsi="Arial"/>
          <w:color w:val="666666"/>
          <w:sz w:val="14"/>
        </w:rPr>
        <w:t>。</w:t>
      </w:r>
      <w:r>
        <w:rPr>
          <w:rFonts w:ascii="Arial" w:eastAsia="Yu Gothic" w:hAnsi="Arial"/>
          <w:color w:val="4472C4"/>
          <w:sz w:val="14"/>
        </w:rPr>
        <w:br/>
        <w:t>* Write in Japanese for the Japanese-Based Regular Course, or in English for the English-Based Limited Course.</w:t>
      </w:r>
    </w:p>
    <w:tbl>
      <w:tblPr>
        <w:tblW w:w="0" w:type="auto"/>
        <w:jc w:val="center"/>
        <w:tblBorders>
          <w:top w:val="single" w:sz="6" w:space="0" w:color="9FBAD0"/>
          <w:left w:val="single" w:sz="6" w:space="0" w:color="9FBAD0"/>
          <w:bottom w:val="single" w:sz="6" w:space="0" w:color="9FBAD0"/>
          <w:right w:val="single" w:sz="6" w:space="0" w:color="9FBAD0"/>
          <w:insideH w:val="single" w:sz="6" w:space="0" w:color="9FBAD0"/>
          <w:insideV w:val="single" w:sz="6" w:space="0" w:color="9FBAD0"/>
        </w:tblBorders>
        <w:tblLayout w:type="fixed"/>
        <w:tblLook w:val="04A0" w:firstRow="1" w:lastRow="0" w:firstColumn="1" w:lastColumn="0" w:noHBand="0" w:noVBand="1"/>
      </w:tblPr>
      <w:tblGrid>
        <w:gridCol w:w="10204"/>
      </w:tblGrid>
      <w:tr w:rsidR="0078724F" w14:paraId="09D9A5E3" w14:textId="77777777">
        <w:trPr>
          <w:cantSplit/>
          <w:jc w:val="center"/>
        </w:trPr>
        <w:tc>
          <w:tcPr>
            <w:tcW w:w="10204" w:type="dxa"/>
            <w:tcMar>
              <w:top w:w="65" w:type="dxa"/>
              <w:left w:w="120" w:type="dxa"/>
              <w:bottom w:w="65" w:type="dxa"/>
              <w:right w:w="120" w:type="dxa"/>
            </w:tcMar>
          </w:tcPr>
          <w:p w14:paraId="62985AA0" w14:textId="77777777" w:rsidR="0078724F" w:rsidRDefault="00000000">
            <w:pPr>
              <w:spacing w:after="0" w:line="240" w:lineRule="auto"/>
            </w:pPr>
            <w:r>
              <w:rPr>
                <w:rFonts w:ascii="Arial" w:eastAsia="Yu Gothic" w:hAnsi="Arial"/>
                <w:sz w:val="16"/>
              </w:rPr>
              <w:t xml:space="preserve"> </w:t>
            </w:r>
          </w:p>
        </w:tc>
      </w:tr>
      <w:tr w:rsidR="0078724F" w14:paraId="70FB4C3A" w14:textId="77777777">
        <w:trPr>
          <w:cantSplit/>
          <w:jc w:val="center"/>
        </w:trPr>
        <w:tc>
          <w:tcPr>
            <w:tcW w:w="10204" w:type="dxa"/>
            <w:tcMar>
              <w:top w:w="65" w:type="dxa"/>
              <w:left w:w="120" w:type="dxa"/>
              <w:bottom w:w="65" w:type="dxa"/>
              <w:right w:w="120" w:type="dxa"/>
            </w:tcMar>
          </w:tcPr>
          <w:p w14:paraId="7DBDAF4E" w14:textId="77777777" w:rsidR="0078724F" w:rsidRDefault="00000000">
            <w:pPr>
              <w:spacing w:after="0" w:line="240" w:lineRule="auto"/>
            </w:pPr>
            <w:r>
              <w:rPr>
                <w:rFonts w:ascii="Arial" w:eastAsia="Yu Gothic" w:hAnsi="Arial"/>
                <w:sz w:val="16"/>
              </w:rPr>
              <w:t xml:space="preserve"> </w:t>
            </w:r>
          </w:p>
        </w:tc>
      </w:tr>
      <w:tr w:rsidR="0078724F" w14:paraId="19DA517E" w14:textId="77777777">
        <w:trPr>
          <w:cantSplit/>
          <w:jc w:val="center"/>
        </w:trPr>
        <w:tc>
          <w:tcPr>
            <w:tcW w:w="10204" w:type="dxa"/>
            <w:tcMar>
              <w:top w:w="65" w:type="dxa"/>
              <w:left w:w="120" w:type="dxa"/>
              <w:bottom w:w="65" w:type="dxa"/>
              <w:right w:w="120" w:type="dxa"/>
            </w:tcMar>
          </w:tcPr>
          <w:p w14:paraId="73A847E0" w14:textId="77777777" w:rsidR="0078724F" w:rsidRDefault="00000000">
            <w:pPr>
              <w:spacing w:after="0" w:line="240" w:lineRule="auto"/>
            </w:pPr>
            <w:r>
              <w:rPr>
                <w:rFonts w:ascii="Arial" w:eastAsia="Yu Gothic" w:hAnsi="Arial"/>
                <w:sz w:val="16"/>
              </w:rPr>
              <w:t xml:space="preserve"> </w:t>
            </w:r>
          </w:p>
        </w:tc>
      </w:tr>
      <w:tr w:rsidR="0078724F" w14:paraId="0E5A2922" w14:textId="77777777">
        <w:trPr>
          <w:cantSplit/>
          <w:jc w:val="center"/>
        </w:trPr>
        <w:tc>
          <w:tcPr>
            <w:tcW w:w="10204" w:type="dxa"/>
            <w:tcMar>
              <w:top w:w="65" w:type="dxa"/>
              <w:left w:w="120" w:type="dxa"/>
              <w:bottom w:w="65" w:type="dxa"/>
              <w:right w:w="120" w:type="dxa"/>
            </w:tcMar>
          </w:tcPr>
          <w:p w14:paraId="6774FEA7" w14:textId="77777777" w:rsidR="0078724F" w:rsidRDefault="00000000">
            <w:pPr>
              <w:spacing w:after="0" w:line="240" w:lineRule="auto"/>
            </w:pPr>
            <w:r>
              <w:rPr>
                <w:rFonts w:ascii="Arial" w:eastAsia="Yu Gothic" w:hAnsi="Arial"/>
                <w:sz w:val="16"/>
              </w:rPr>
              <w:t xml:space="preserve"> </w:t>
            </w:r>
          </w:p>
        </w:tc>
      </w:tr>
      <w:tr w:rsidR="0078724F" w14:paraId="01A93D1F" w14:textId="77777777">
        <w:trPr>
          <w:cantSplit/>
          <w:jc w:val="center"/>
        </w:trPr>
        <w:tc>
          <w:tcPr>
            <w:tcW w:w="10204" w:type="dxa"/>
            <w:tcMar>
              <w:top w:w="65" w:type="dxa"/>
              <w:left w:w="120" w:type="dxa"/>
              <w:bottom w:w="65" w:type="dxa"/>
              <w:right w:w="120" w:type="dxa"/>
            </w:tcMar>
          </w:tcPr>
          <w:p w14:paraId="33E8B660" w14:textId="77777777" w:rsidR="0078724F" w:rsidRDefault="00000000">
            <w:pPr>
              <w:spacing w:after="0" w:line="240" w:lineRule="auto"/>
            </w:pPr>
            <w:r>
              <w:rPr>
                <w:rFonts w:ascii="Arial" w:eastAsia="Yu Gothic" w:hAnsi="Arial"/>
                <w:sz w:val="16"/>
              </w:rPr>
              <w:t xml:space="preserve"> </w:t>
            </w:r>
          </w:p>
        </w:tc>
      </w:tr>
      <w:tr w:rsidR="0078724F" w14:paraId="46A97EBF" w14:textId="77777777" w:rsidTr="000B2232">
        <w:trPr>
          <w:cantSplit/>
          <w:jc w:val="center"/>
        </w:trPr>
        <w:tc>
          <w:tcPr>
            <w:tcW w:w="10204" w:type="dxa"/>
            <w:tcBorders>
              <w:bottom w:val="single" w:sz="6" w:space="0" w:color="9FBAD0"/>
            </w:tcBorders>
            <w:tcMar>
              <w:top w:w="65" w:type="dxa"/>
              <w:left w:w="120" w:type="dxa"/>
              <w:bottom w:w="65" w:type="dxa"/>
              <w:right w:w="120" w:type="dxa"/>
            </w:tcMar>
          </w:tcPr>
          <w:p w14:paraId="549A833C" w14:textId="77777777" w:rsidR="0078724F" w:rsidRDefault="00000000">
            <w:pPr>
              <w:spacing w:after="0" w:line="240" w:lineRule="auto"/>
            </w:pPr>
            <w:r>
              <w:rPr>
                <w:rFonts w:ascii="Arial" w:eastAsia="Yu Gothic" w:hAnsi="Arial"/>
                <w:sz w:val="16"/>
              </w:rPr>
              <w:t xml:space="preserve"> </w:t>
            </w:r>
          </w:p>
        </w:tc>
      </w:tr>
      <w:tr w:rsidR="0078724F" w14:paraId="41027C8F" w14:textId="77777777" w:rsidTr="000B2232">
        <w:trPr>
          <w:cantSplit/>
          <w:jc w:val="center"/>
        </w:trPr>
        <w:tc>
          <w:tcPr>
            <w:tcW w:w="10204" w:type="dxa"/>
            <w:tcBorders>
              <w:bottom w:val="single" w:sz="4" w:space="0" w:color="4BACC6" w:themeColor="accent5"/>
            </w:tcBorders>
            <w:tcMar>
              <w:top w:w="65" w:type="dxa"/>
              <w:left w:w="120" w:type="dxa"/>
              <w:bottom w:w="65" w:type="dxa"/>
              <w:right w:w="120" w:type="dxa"/>
            </w:tcMar>
          </w:tcPr>
          <w:p w14:paraId="6F70448B" w14:textId="77777777" w:rsidR="0078724F" w:rsidRDefault="00000000">
            <w:pPr>
              <w:spacing w:after="0" w:line="240" w:lineRule="auto"/>
            </w:pPr>
            <w:r>
              <w:rPr>
                <w:rFonts w:ascii="Arial" w:eastAsia="Yu Gothic" w:hAnsi="Arial"/>
                <w:sz w:val="16"/>
              </w:rPr>
              <w:t xml:space="preserve"> </w:t>
            </w:r>
          </w:p>
        </w:tc>
      </w:tr>
      <w:tr w:rsidR="000B2232" w14:paraId="49874092" w14:textId="77777777" w:rsidTr="000B2232">
        <w:trPr>
          <w:cantSplit/>
          <w:jc w:val="center"/>
        </w:trPr>
        <w:tc>
          <w:tcPr>
            <w:tcW w:w="10204" w:type="dxa"/>
            <w:tcBorders>
              <w:top w:val="single" w:sz="4" w:space="0" w:color="4BACC6" w:themeColor="accent5"/>
              <w:left w:val="nil"/>
              <w:bottom w:val="nil"/>
              <w:right w:val="nil"/>
            </w:tcBorders>
            <w:tcMar>
              <w:top w:w="65" w:type="dxa"/>
              <w:left w:w="120" w:type="dxa"/>
              <w:bottom w:w="65" w:type="dxa"/>
              <w:right w:w="120" w:type="dxa"/>
            </w:tcMar>
          </w:tcPr>
          <w:p w14:paraId="721EAF53" w14:textId="77777777" w:rsidR="000B2232" w:rsidRDefault="000B2232">
            <w:pPr>
              <w:spacing w:after="0" w:line="240" w:lineRule="auto"/>
              <w:rPr>
                <w:rFonts w:ascii="Arial" w:eastAsia="Yu Gothic" w:hAnsi="Arial"/>
                <w:sz w:val="16"/>
                <w:lang w:eastAsia="ja-JP"/>
              </w:rPr>
            </w:pPr>
          </w:p>
          <w:p w14:paraId="62CF65F5" w14:textId="77777777" w:rsidR="000B2232" w:rsidRDefault="000B2232">
            <w:pPr>
              <w:spacing w:after="0" w:line="240" w:lineRule="auto"/>
              <w:rPr>
                <w:rFonts w:ascii="Arial" w:eastAsia="Yu Gothic" w:hAnsi="Arial" w:hint="eastAsia"/>
                <w:sz w:val="16"/>
                <w:lang w:eastAsia="ja-JP"/>
              </w:rPr>
            </w:pPr>
          </w:p>
        </w:tc>
      </w:tr>
    </w:tbl>
    <w:p w14:paraId="177161BA" w14:textId="77777777" w:rsidR="0078724F" w:rsidRDefault="00000000">
      <w:pPr>
        <w:shd w:val="clear" w:color="auto" w:fill="1F4E78"/>
        <w:spacing w:before="80" w:after="40"/>
      </w:pPr>
      <w:r>
        <w:rPr>
          <w:rFonts w:ascii="Arial" w:eastAsia="Yu Gothic" w:hAnsi="Arial"/>
          <w:b/>
          <w:color w:val="FFFFFF"/>
          <w:sz w:val="21"/>
        </w:rPr>
        <w:t xml:space="preserve">  </w:t>
      </w:r>
      <w:r>
        <w:rPr>
          <w:rFonts w:ascii="Arial" w:eastAsia="Yu Gothic" w:hAnsi="Arial"/>
          <w:b/>
          <w:color w:val="FFFFFF"/>
          <w:sz w:val="21"/>
        </w:rPr>
        <w:t>セクション</w:t>
      </w:r>
      <w:r>
        <w:rPr>
          <w:rFonts w:ascii="Arial" w:eastAsia="Yu Gothic" w:hAnsi="Arial"/>
          <w:b/>
          <w:color w:val="FFFFFF"/>
          <w:sz w:val="21"/>
        </w:rPr>
        <w:t>3</w:t>
      </w:r>
      <w:r>
        <w:rPr>
          <w:rFonts w:ascii="Arial" w:eastAsia="Yu Gothic" w:hAnsi="Arial"/>
          <w:b/>
          <w:color w:val="FFFFFF"/>
          <w:sz w:val="21"/>
        </w:rPr>
        <w:t>：所属大学担当者</w:t>
      </w:r>
      <w:r>
        <w:rPr>
          <w:rFonts w:ascii="Arial" w:eastAsia="Yu Gothic" w:hAnsi="Arial"/>
          <w:b/>
          <w:color w:val="FFFFFF"/>
          <w:sz w:val="17"/>
        </w:rPr>
        <w:t xml:space="preserve">  SECTION 3: HOME UNIVERSITY CONTACT</w:t>
      </w:r>
    </w:p>
    <w:tbl>
      <w:tblPr>
        <w:tblW w:w="0" w:type="auto"/>
        <w:jc w:val="center"/>
        <w:tblBorders>
          <w:top w:val="single" w:sz="6" w:space="0" w:color="9FBAD0"/>
          <w:left w:val="single" w:sz="6" w:space="0" w:color="9FBAD0"/>
          <w:bottom w:val="single" w:sz="6" w:space="0" w:color="9FBAD0"/>
          <w:right w:val="single" w:sz="6" w:space="0" w:color="9FBAD0"/>
          <w:insideH w:val="single" w:sz="6" w:space="0" w:color="9FBAD0"/>
          <w:insideV w:val="single" w:sz="6" w:space="0" w:color="9FBAD0"/>
        </w:tblBorders>
        <w:tblLayout w:type="fixed"/>
        <w:tblLook w:val="04A0" w:firstRow="1" w:lastRow="0" w:firstColumn="1" w:lastColumn="0" w:noHBand="0" w:noVBand="1"/>
      </w:tblPr>
      <w:tblGrid>
        <w:gridCol w:w="2721"/>
        <w:gridCol w:w="7483"/>
      </w:tblGrid>
      <w:tr w:rsidR="0078724F" w14:paraId="41C9F456" w14:textId="77777777">
        <w:trPr>
          <w:cantSplit/>
          <w:jc w:val="center"/>
        </w:trPr>
        <w:tc>
          <w:tcPr>
            <w:tcW w:w="2721" w:type="dxa"/>
            <w:shd w:val="clear" w:color="auto" w:fill="DCE6F1"/>
            <w:tcMar>
              <w:top w:w="90" w:type="dxa"/>
              <w:left w:w="110" w:type="dxa"/>
              <w:bottom w:w="90" w:type="dxa"/>
              <w:right w:w="110" w:type="dxa"/>
            </w:tcMar>
            <w:vAlign w:val="center"/>
          </w:tcPr>
          <w:p w14:paraId="73BEE5FF" w14:textId="77777777" w:rsidR="0078724F" w:rsidRDefault="00000000">
            <w:pPr>
              <w:spacing w:after="0"/>
            </w:pPr>
            <w:proofErr w:type="spellStart"/>
            <w:r>
              <w:rPr>
                <w:rFonts w:ascii="Arial" w:eastAsia="Yu Gothic" w:hAnsi="Arial"/>
                <w:b/>
                <w:color w:val="1F4E78"/>
                <w:sz w:val="17"/>
              </w:rPr>
              <w:t>所属大学の担当部署</w:t>
            </w:r>
            <w:proofErr w:type="spellEnd"/>
            <w:r>
              <w:rPr>
                <w:rFonts w:ascii="Arial" w:eastAsia="Yu Gothic" w:hAnsi="Arial"/>
                <w:color w:val="4472C4"/>
                <w:sz w:val="15"/>
              </w:rPr>
              <w:br/>
              <w:t>Office / Section in charge</w:t>
            </w:r>
          </w:p>
        </w:tc>
        <w:tc>
          <w:tcPr>
            <w:tcW w:w="7483" w:type="dxa"/>
            <w:tcMar>
              <w:top w:w="90" w:type="dxa"/>
              <w:left w:w="110" w:type="dxa"/>
              <w:bottom w:w="90" w:type="dxa"/>
              <w:right w:w="110" w:type="dxa"/>
            </w:tcMar>
            <w:vAlign w:val="center"/>
          </w:tcPr>
          <w:p w14:paraId="7D8A6823" w14:textId="77777777" w:rsidR="0078724F" w:rsidRDefault="00000000">
            <w:r>
              <w:rPr>
                <w:rFonts w:ascii="Arial" w:eastAsia="Yu Gothic" w:hAnsi="Arial"/>
                <w:sz w:val="18"/>
              </w:rPr>
              <w:t xml:space="preserve"> </w:t>
            </w:r>
          </w:p>
        </w:tc>
      </w:tr>
      <w:tr w:rsidR="0078724F" w14:paraId="6890ADF1" w14:textId="77777777">
        <w:trPr>
          <w:cantSplit/>
          <w:jc w:val="center"/>
        </w:trPr>
        <w:tc>
          <w:tcPr>
            <w:tcW w:w="2721" w:type="dxa"/>
            <w:shd w:val="clear" w:color="auto" w:fill="DCE6F1"/>
            <w:tcMar>
              <w:top w:w="90" w:type="dxa"/>
              <w:left w:w="110" w:type="dxa"/>
              <w:bottom w:w="90" w:type="dxa"/>
              <w:right w:w="110" w:type="dxa"/>
            </w:tcMar>
            <w:vAlign w:val="center"/>
          </w:tcPr>
          <w:p w14:paraId="7BAF5730" w14:textId="77777777" w:rsidR="0078724F" w:rsidRDefault="00000000">
            <w:pPr>
              <w:spacing w:after="0"/>
            </w:pPr>
            <w:proofErr w:type="spellStart"/>
            <w:r>
              <w:rPr>
                <w:rFonts w:ascii="Arial" w:eastAsia="Yu Gothic" w:hAnsi="Arial"/>
                <w:b/>
                <w:color w:val="1F4E78"/>
                <w:sz w:val="17"/>
              </w:rPr>
              <w:t>所属大学の担当者</w:t>
            </w:r>
            <w:proofErr w:type="spellEnd"/>
            <w:r>
              <w:rPr>
                <w:rFonts w:ascii="Arial" w:eastAsia="Yu Gothic" w:hAnsi="Arial"/>
                <w:color w:val="4472C4"/>
                <w:sz w:val="15"/>
              </w:rPr>
              <w:br/>
              <w:t>Name of coordinator</w:t>
            </w:r>
          </w:p>
        </w:tc>
        <w:tc>
          <w:tcPr>
            <w:tcW w:w="7483" w:type="dxa"/>
            <w:tcMar>
              <w:top w:w="90" w:type="dxa"/>
              <w:left w:w="110" w:type="dxa"/>
              <w:bottom w:w="90" w:type="dxa"/>
              <w:right w:w="110" w:type="dxa"/>
            </w:tcMar>
            <w:vAlign w:val="center"/>
          </w:tcPr>
          <w:p w14:paraId="10B0C560" w14:textId="77777777" w:rsidR="0078724F" w:rsidRDefault="00000000">
            <w:r>
              <w:rPr>
                <w:rFonts w:ascii="Arial" w:eastAsia="Yu Gothic" w:hAnsi="Arial"/>
                <w:sz w:val="18"/>
              </w:rPr>
              <w:t xml:space="preserve"> </w:t>
            </w:r>
          </w:p>
        </w:tc>
      </w:tr>
      <w:tr w:rsidR="0078724F" w14:paraId="2D286234" w14:textId="77777777">
        <w:trPr>
          <w:cantSplit/>
          <w:jc w:val="center"/>
        </w:trPr>
        <w:tc>
          <w:tcPr>
            <w:tcW w:w="2721" w:type="dxa"/>
            <w:shd w:val="clear" w:color="auto" w:fill="DCE6F1"/>
            <w:tcMar>
              <w:top w:w="90" w:type="dxa"/>
              <w:left w:w="110" w:type="dxa"/>
              <w:bottom w:w="90" w:type="dxa"/>
              <w:right w:w="110" w:type="dxa"/>
            </w:tcMar>
            <w:vAlign w:val="center"/>
          </w:tcPr>
          <w:p w14:paraId="116DEDFD" w14:textId="77777777" w:rsidR="0078724F" w:rsidRDefault="00000000">
            <w:pPr>
              <w:spacing w:after="0"/>
            </w:pPr>
            <w:proofErr w:type="spellStart"/>
            <w:r>
              <w:rPr>
                <w:rFonts w:ascii="Arial" w:eastAsia="Yu Gothic" w:hAnsi="Arial"/>
                <w:b/>
                <w:color w:val="1F4E78"/>
                <w:sz w:val="17"/>
              </w:rPr>
              <w:t>担当者のメールアドレス</w:t>
            </w:r>
            <w:proofErr w:type="spellEnd"/>
            <w:r>
              <w:rPr>
                <w:rFonts w:ascii="Arial" w:eastAsia="Yu Gothic" w:hAnsi="Arial"/>
                <w:color w:val="4472C4"/>
                <w:sz w:val="15"/>
              </w:rPr>
              <w:br/>
              <w:t>Email address of coordinator</w:t>
            </w:r>
          </w:p>
        </w:tc>
        <w:tc>
          <w:tcPr>
            <w:tcW w:w="7483" w:type="dxa"/>
            <w:tcMar>
              <w:top w:w="90" w:type="dxa"/>
              <w:left w:w="110" w:type="dxa"/>
              <w:bottom w:w="90" w:type="dxa"/>
              <w:right w:w="110" w:type="dxa"/>
            </w:tcMar>
            <w:vAlign w:val="center"/>
          </w:tcPr>
          <w:p w14:paraId="414FCAEB" w14:textId="77777777" w:rsidR="0078724F" w:rsidRDefault="00000000">
            <w:r>
              <w:rPr>
                <w:rFonts w:ascii="Arial" w:eastAsia="Yu Gothic" w:hAnsi="Arial"/>
                <w:sz w:val="18"/>
              </w:rPr>
              <w:t xml:space="preserve"> </w:t>
            </w:r>
          </w:p>
        </w:tc>
      </w:tr>
      <w:tr w:rsidR="0078724F" w14:paraId="75D62A7C" w14:textId="77777777">
        <w:trPr>
          <w:cantSplit/>
          <w:jc w:val="center"/>
        </w:trPr>
        <w:tc>
          <w:tcPr>
            <w:tcW w:w="2721" w:type="dxa"/>
            <w:shd w:val="clear" w:color="auto" w:fill="DCE6F1"/>
            <w:tcMar>
              <w:top w:w="90" w:type="dxa"/>
              <w:left w:w="110" w:type="dxa"/>
              <w:bottom w:w="90" w:type="dxa"/>
              <w:right w:w="110" w:type="dxa"/>
            </w:tcMar>
            <w:vAlign w:val="center"/>
          </w:tcPr>
          <w:p w14:paraId="014C2DA6" w14:textId="77777777" w:rsidR="0078724F" w:rsidRDefault="00000000">
            <w:pPr>
              <w:spacing w:after="0"/>
            </w:pPr>
            <w:proofErr w:type="spellStart"/>
            <w:r>
              <w:rPr>
                <w:rFonts w:ascii="Arial" w:eastAsia="Yu Gothic" w:hAnsi="Arial"/>
                <w:b/>
                <w:color w:val="1F4E78"/>
                <w:sz w:val="17"/>
              </w:rPr>
              <w:t>担当者の署名</w:t>
            </w:r>
            <w:proofErr w:type="spellEnd"/>
            <w:r>
              <w:rPr>
                <w:rFonts w:ascii="Arial" w:eastAsia="Yu Gothic" w:hAnsi="Arial"/>
                <w:color w:val="4472C4"/>
                <w:sz w:val="15"/>
              </w:rPr>
              <w:br/>
              <w:t>Coordinator’s signature</w:t>
            </w:r>
          </w:p>
        </w:tc>
        <w:tc>
          <w:tcPr>
            <w:tcW w:w="7483" w:type="dxa"/>
            <w:tcMar>
              <w:top w:w="90" w:type="dxa"/>
              <w:left w:w="110" w:type="dxa"/>
              <w:bottom w:w="90" w:type="dxa"/>
              <w:right w:w="110" w:type="dxa"/>
            </w:tcMar>
            <w:vAlign w:val="center"/>
          </w:tcPr>
          <w:p w14:paraId="627FFB17" w14:textId="77777777" w:rsidR="0078724F" w:rsidRDefault="00000000">
            <w:proofErr w:type="spellStart"/>
            <w:r>
              <w:rPr>
                <w:rFonts w:ascii="Arial" w:eastAsia="Yu Gothic" w:hAnsi="Arial"/>
                <w:sz w:val="16"/>
              </w:rPr>
              <w:t>署名日</w:t>
            </w:r>
            <w:proofErr w:type="spellEnd"/>
            <w:r>
              <w:rPr>
                <w:rFonts w:ascii="Arial" w:eastAsia="Yu Gothic" w:hAnsi="Arial"/>
                <w:sz w:val="16"/>
              </w:rPr>
              <w:t>：　　　年　　月　　日</w:t>
            </w:r>
            <w:r>
              <w:rPr>
                <w:rFonts w:ascii="Arial" w:eastAsia="Yu Gothic" w:hAnsi="Arial"/>
                <w:color w:val="4472C4"/>
                <w:sz w:val="14"/>
              </w:rPr>
              <w:br/>
              <w:t>Date:       Year   Month   Day</w:t>
            </w:r>
          </w:p>
          <w:p w14:paraId="62D08DA0" w14:textId="77777777" w:rsidR="0078724F" w:rsidRDefault="00000000">
            <w:proofErr w:type="spellStart"/>
            <w:r>
              <w:rPr>
                <w:rFonts w:ascii="Arial" w:eastAsia="Yu Gothic" w:hAnsi="Arial"/>
                <w:sz w:val="16"/>
              </w:rPr>
              <w:t>署名</w:t>
            </w:r>
            <w:proofErr w:type="spellEnd"/>
            <w:r>
              <w:rPr>
                <w:rFonts w:ascii="Arial" w:eastAsia="Yu Gothic" w:hAnsi="Arial"/>
                <w:sz w:val="16"/>
              </w:rPr>
              <w:t>：</w:t>
            </w:r>
            <w:r>
              <w:rPr>
                <w:rFonts w:ascii="Arial" w:eastAsia="Yu Gothic" w:hAnsi="Arial"/>
                <w:sz w:val="16"/>
              </w:rPr>
              <w:t>____________________________</w:t>
            </w:r>
            <w:r>
              <w:rPr>
                <w:rFonts w:ascii="Arial" w:eastAsia="Yu Gothic" w:hAnsi="Arial"/>
                <w:color w:val="4472C4"/>
                <w:sz w:val="14"/>
              </w:rPr>
              <w:br/>
              <w:t>Signature</w:t>
            </w:r>
          </w:p>
        </w:tc>
      </w:tr>
    </w:tbl>
    <w:p w14:paraId="224DC493" w14:textId="77777777" w:rsidR="000B2232" w:rsidRDefault="000B2232">
      <w:pPr>
        <w:spacing w:before="100" w:after="40"/>
        <w:jc w:val="center"/>
        <w:rPr>
          <w:rFonts w:ascii="Arial" w:eastAsia="Yu Gothic" w:hAnsi="Arial"/>
          <w:b/>
          <w:color w:val="1F4E78"/>
          <w:sz w:val="19"/>
          <w:lang w:eastAsia="ja-JP"/>
        </w:rPr>
      </w:pPr>
    </w:p>
    <w:p w14:paraId="3428BE73" w14:textId="3C4AF2B4" w:rsidR="0078724F" w:rsidRDefault="00000000">
      <w:pPr>
        <w:spacing w:before="100" w:after="40"/>
        <w:jc w:val="center"/>
      </w:pPr>
      <w:proofErr w:type="spellStart"/>
      <w:r>
        <w:rPr>
          <w:rFonts w:ascii="Arial" w:eastAsia="Yu Gothic" w:hAnsi="Arial"/>
          <w:b/>
          <w:color w:val="1F4E78"/>
          <w:sz w:val="19"/>
        </w:rPr>
        <w:t>申請者確認・署名</w:t>
      </w:r>
      <w:proofErr w:type="spellEnd"/>
      <w:r>
        <w:rPr>
          <w:rFonts w:ascii="Arial" w:eastAsia="Yu Gothic" w:hAnsi="Arial"/>
          <w:b/>
          <w:color w:val="4472C4"/>
          <w:sz w:val="16"/>
        </w:rPr>
        <w:t xml:space="preserve">  APPLICANT DECLARATION AND SIGNATURE</w:t>
      </w:r>
    </w:p>
    <w:tbl>
      <w:tblPr>
        <w:tblW w:w="0" w:type="auto"/>
        <w:jc w:val="center"/>
        <w:tblBorders>
          <w:top w:val="single" w:sz="7" w:space="0" w:color="B4C7E7"/>
          <w:left w:val="single" w:sz="7" w:space="0" w:color="B4C7E7"/>
          <w:bottom w:val="single" w:sz="7" w:space="0" w:color="B4C7E7"/>
          <w:right w:val="single" w:sz="7" w:space="0" w:color="B4C7E7"/>
          <w:insideH w:val="single" w:sz="7" w:space="0" w:color="B4C7E7"/>
          <w:insideV w:val="single" w:sz="7" w:space="0" w:color="B4C7E7"/>
        </w:tblBorders>
        <w:tblLook w:val="04A0" w:firstRow="1" w:lastRow="0" w:firstColumn="1" w:lastColumn="0" w:noHBand="0" w:noVBand="1"/>
      </w:tblPr>
      <w:tblGrid>
        <w:gridCol w:w="10540"/>
      </w:tblGrid>
      <w:tr w:rsidR="0078724F" w14:paraId="3484E451" w14:textId="77777777">
        <w:trPr>
          <w:jc w:val="center"/>
        </w:trPr>
        <w:tc>
          <w:tcPr>
            <w:tcW w:w="10540" w:type="dxa"/>
            <w:shd w:val="clear" w:color="auto" w:fill="F4F8FB"/>
            <w:tcMar>
              <w:top w:w="80" w:type="dxa"/>
              <w:left w:w="110" w:type="dxa"/>
              <w:bottom w:w="80" w:type="dxa"/>
              <w:right w:w="110" w:type="dxa"/>
            </w:tcMar>
          </w:tcPr>
          <w:p w14:paraId="1A1F0EBB" w14:textId="77777777" w:rsidR="0078724F" w:rsidRDefault="00000000">
            <w:r>
              <w:rPr>
                <w:rFonts w:ascii="Arial" w:eastAsia="Yu Gothic" w:hAnsi="Arial"/>
                <w:b/>
                <w:color w:val="1F4E78"/>
                <w:sz w:val="16"/>
                <w:lang w:eastAsia="ja-JP"/>
              </w:rPr>
              <w:t>私は、この申請書に記載した内容が正しいことを誓約します。</w:t>
            </w:r>
            <w:r>
              <w:rPr>
                <w:rFonts w:ascii="Arial" w:eastAsia="Yu Gothic" w:hAnsi="Arial"/>
                <w:color w:val="4472C4"/>
                <w:sz w:val="15"/>
                <w:lang w:eastAsia="ja-JP"/>
              </w:rPr>
              <w:br/>
            </w:r>
            <w:r>
              <w:rPr>
                <w:rFonts w:ascii="Arial" w:eastAsia="Yu Gothic" w:hAnsi="Arial"/>
                <w:color w:val="4472C4"/>
                <w:sz w:val="15"/>
              </w:rPr>
              <w:t>I hereby declare that the information provided in this application form is correct.</w:t>
            </w:r>
          </w:p>
        </w:tc>
      </w:tr>
    </w:tbl>
    <w:tbl>
      <w:tblPr>
        <w:tblW w:w="0" w:type="auto"/>
        <w:jc w:val="center"/>
        <w:tblBorders>
          <w:top w:val="single" w:sz="6" w:space="0" w:color="9FBAD0"/>
          <w:left w:val="single" w:sz="6" w:space="0" w:color="9FBAD0"/>
          <w:bottom w:val="single" w:sz="6" w:space="0" w:color="9FBAD0"/>
          <w:right w:val="single" w:sz="6" w:space="0" w:color="9FBAD0"/>
          <w:insideH w:val="single" w:sz="6" w:space="0" w:color="9FBAD0"/>
          <w:insideV w:val="single" w:sz="6" w:space="0" w:color="9FBAD0"/>
        </w:tblBorders>
        <w:tblLayout w:type="fixed"/>
        <w:tblLook w:val="04A0" w:firstRow="1" w:lastRow="0" w:firstColumn="1" w:lastColumn="0" w:noHBand="0" w:noVBand="1"/>
      </w:tblPr>
      <w:tblGrid>
        <w:gridCol w:w="5102"/>
        <w:gridCol w:w="5102"/>
      </w:tblGrid>
      <w:tr w:rsidR="0078724F" w14:paraId="1685B93A" w14:textId="77777777">
        <w:trPr>
          <w:cantSplit/>
          <w:jc w:val="center"/>
        </w:trPr>
        <w:tc>
          <w:tcPr>
            <w:tcW w:w="5102" w:type="dxa"/>
            <w:shd w:val="clear" w:color="auto" w:fill="DCE6F1"/>
            <w:tcMar>
              <w:top w:w="90" w:type="dxa"/>
              <w:left w:w="110" w:type="dxa"/>
              <w:bottom w:w="90" w:type="dxa"/>
              <w:right w:w="110" w:type="dxa"/>
            </w:tcMar>
            <w:vAlign w:val="center"/>
          </w:tcPr>
          <w:p w14:paraId="6937BCBB" w14:textId="77777777" w:rsidR="0078724F" w:rsidRDefault="00000000">
            <w:pPr>
              <w:spacing w:after="0"/>
            </w:pPr>
            <w:proofErr w:type="spellStart"/>
            <w:r>
              <w:rPr>
                <w:rFonts w:ascii="Arial" w:eastAsia="Yu Gothic" w:hAnsi="Arial"/>
                <w:b/>
                <w:color w:val="1F4E78"/>
                <w:sz w:val="17"/>
              </w:rPr>
              <w:t>署名日</w:t>
            </w:r>
            <w:proofErr w:type="spellEnd"/>
            <w:r>
              <w:rPr>
                <w:rFonts w:ascii="Arial" w:eastAsia="Yu Gothic" w:hAnsi="Arial"/>
                <w:color w:val="4472C4"/>
                <w:sz w:val="15"/>
              </w:rPr>
              <w:br/>
              <w:t>Date</w:t>
            </w:r>
          </w:p>
        </w:tc>
        <w:tc>
          <w:tcPr>
            <w:tcW w:w="5102" w:type="dxa"/>
            <w:shd w:val="clear" w:color="auto" w:fill="DCE6F1"/>
            <w:tcMar>
              <w:top w:w="90" w:type="dxa"/>
              <w:left w:w="110" w:type="dxa"/>
              <w:bottom w:w="90" w:type="dxa"/>
              <w:right w:w="110" w:type="dxa"/>
            </w:tcMar>
            <w:vAlign w:val="center"/>
          </w:tcPr>
          <w:p w14:paraId="1A5052D0" w14:textId="77777777" w:rsidR="0078724F" w:rsidRDefault="00000000">
            <w:pPr>
              <w:spacing w:after="0"/>
            </w:pPr>
            <w:proofErr w:type="spellStart"/>
            <w:r>
              <w:rPr>
                <w:rFonts w:ascii="Arial" w:eastAsia="Yu Gothic" w:hAnsi="Arial"/>
                <w:b/>
                <w:color w:val="1F4E78"/>
                <w:sz w:val="17"/>
              </w:rPr>
              <w:t>申請者本人の署名</w:t>
            </w:r>
            <w:proofErr w:type="spellEnd"/>
            <w:r>
              <w:rPr>
                <w:rFonts w:ascii="Arial" w:eastAsia="Yu Gothic" w:hAnsi="Arial"/>
                <w:color w:val="4472C4"/>
                <w:sz w:val="15"/>
              </w:rPr>
              <w:br/>
              <w:t>Signature of applicant</w:t>
            </w:r>
          </w:p>
        </w:tc>
      </w:tr>
      <w:tr w:rsidR="0078724F" w14:paraId="467B0498" w14:textId="77777777">
        <w:trPr>
          <w:cantSplit/>
          <w:jc w:val="center"/>
        </w:trPr>
        <w:tc>
          <w:tcPr>
            <w:tcW w:w="5102" w:type="dxa"/>
            <w:tcMar>
              <w:top w:w="90" w:type="dxa"/>
              <w:left w:w="110" w:type="dxa"/>
              <w:bottom w:w="90" w:type="dxa"/>
              <w:right w:w="110" w:type="dxa"/>
            </w:tcMar>
            <w:vAlign w:val="center"/>
          </w:tcPr>
          <w:p w14:paraId="231F9A5F" w14:textId="77777777" w:rsidR="0078724F" w:rsidRDefault="00000000">
            <w:pPr>
              <w:jc w:val="center"/>
            </w:pPr>
            <w:r>
              <w:rPr>
                <w:rFonts w:ascii="Arial" w:eastAsia="Yu Gothic" w:hAnsi="Arial"/>
                <w:sz w:val="16"/>
              </w:rPr>
              <w:t xml:space="preserve">　　　年　　月　　日</w:t>
            </w:r>
            <w:r>
              <w:rPr>
                <w:rFonts w:ascii="Arial" w:eastAsia="Yu Gothic" w:hAnsi="Arial"/>
                <w:color w:val="4472C4"/>
                <w:sz w:val="14"/>
              </w:rPr>
              <w:br/>
              <w:t>Year   Month   Day</w:t>
            </w:r>
          </w:p>
        </w:tc>
        <w:tc>
          <w:tcPr>
            <w:tcW w:w="5102" w:type="dxa"/>
            <w:tcMar>
              <w:top w:w="90" w:type="dxa"/>
              <w:left w:w="110" w:type="dxa"/>
              <w:bottom w:w="90" w:type="dxa"/>
              <w:right w:w="110" w:type="dxa"/>
            </w:tcMar>
            <w:vAlign w:val="center"/>
          </w:tcPr>
          <w:p w14:paraId="0E72001D" w14:textId="77777777" w:rsidR="0078724F" w:rsidRDefault="00000000">
            <w:r>
              <w:rPr>
                <w:rFonts w:ascii="Arial" w:eastAsia="Yu Gothic" w:hAnsi="Arial"/>
                <w:sz w:val="16"/>
              </w:rPr>
              <w:br/>
              <w:t>____________________________</w:t>
            </w:r>
          </w:p>
        </w:tc>
      </w:tr>
    </w:tbl>
    <w:p w14:paraId="786C0D90" w14:textId="77777777" w:rsidR="004F3026" w:rsidRDefault="004F3026"/>
    <w:sectPr w:rsidR="004F3026" w:rsidSect="00034616">
      <w:headerReference w:type="default" r:id="rId8"/>
      <w:footerReference w:type="default" r:id="rId9"/>
      <w:pgSz w:w="12240" w:h="15840"/>
      <w:pgMar w:top="624" w:right="850" w:bottom="624" w:left="850" w:header="283"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B807F" w14:textId="77777777" w:rsidR="003A46AC" w:rsidRDefault="003A46AC">
      <w:pPr>
        <w:spacing w:after="0" w:line="240" w:lineRule="auto"/>
      </w:pPr>
      <w:r>
        <w:separator/>
      </w:r>
    </w:p>
  </w:endnote>
  <w:endnote w:type="continuationSeparator" w:id="0">
    <w:p w14:paraId="3DF3E9E9" w14:textId="77777777" w:rsidR="003A46AC" w:rsidRDefault="003A4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7B75C" w14:textId="77777777" w:rsidR="0078724F" w:rsidRDefault="00000000">
    <w:pPr>
      <w:pStyle w:val="a7"/>
      <w:jc w:val="center"/>
    </w:pPr>
    <w:r>
      <w:rPr>
        <w:rFonts w:ascii="Arial" w:eastAsia="Yu Gothic" w:hAnsi="Arial"/>
        <w:color w:val="666666"/>
        <w:sz w:val="14"/>
      </w:rPr>
      <w:t>Application for Incoming Exchange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DE88F" w14:textId="77777777" w:rsidR="003A46AC" w:rsidRDefault="003A46AC">
      <w:pPr>
        <w:spacing w:after="0" w:line="240" w:lineRule="auto"/>
      </w:pPr>
      <w:r>
        <w:separator/>
      </w:r>
    </w:p>
  </w:footnote>
  <w:footnote w:type="continuationSeparator" w:id="0">
    <w:p w14:paraId="57750F6A" w14:textId="77777777" w:rsidR="003A46AC" w:rsidRDefault="003A4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31F8" w14:textId="77777777" w:rsidR="0078724F" w:rsidRDefault="00000000">
    <w:pPr>
      <w:pStyle w:val="a5"/>
      <w:jc w:val="right"/>
    </w:pPr>
    <w:r>
      <w:rPr>
        <w:rFonts w:ascii="Arial" w:eastAsia="Yu Gothic" w:hAnsi="Arial"/>
        <w:color w:val="666666"/>
        <w:sz w:val="14"/>
      </w:rPr>
      <w:t>OSAKA UNIVERSITY OF ECONOMICS  |  International Exchange Section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217398405">
    <w:abstractNumId w:val="8"/>
  </w:num>
  <w:num w:numId="2" w16cid:durableId="373307406">
    <w:abstractNumId w:val="6"/>
  </w:num>
  <w:num w:numId="3" w16cid:durableId="1772429411">
    <w:abstractNumId w:val="5"/>
  </w:num>
  <w:num w:numId="4" w16cid:durableId="671185749">
    <w:abstractNumId w:val="4"/>
  </w:num>
  <w:num w:numId="5" w16cid:durableId="1781293377">
    <w:abstractNumId w:val="7"/>
  </w:num>
  <w:num w:numId="6" w16cid:durableId="24527054">
    <w:abstractNumId w:val="3"/>
  </w:num>
  <w:num w:numId="7" w16cid:durableId="1590037116">
    <w:abstractNumId w:val="2"/>
  </w:num>
  <w:num w:numId="8" w16cid:durableId="1780238">
    <w:abstractNumId w:val="1"/>
  </w:num>
  <w:num w:numId="9" w16cid:durableId="1498881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1623"/>
    <w:rsid w:val="000B2232"/>
    <w:rsid w:val="0015074B"/>
    <w:rsid w:val="00174E5B"/>
    <w:rsid w:val="0029639D"/>
    <w:rsid w:val="00326F90"/>
    <w:rsid w:val="003A46AC"/>
    <w:rsid w:val="004F3026"/>
    <w:rsid w:val="005B4850"/>
    <w:rsid w:val="0078724F"/>
    <w:rsid w:val="00AA1D8D"/>
    <w:rsid w:val="00B47730"/>
    <w:rsid w:val="00CB0664"/>
    <w:rsid w:val="00EA23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FA6BA44"/>
  <w14:defaultImageDpi w14:val="300"/>
  <w15:docId w15:val="{90498F2B-E89E-4090-86C6-22C957AA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1209</Words>
  <Characters>3159</Characters>
  <Application>Microsoft Office Word</Application>
  <DocSecurity>0</DocSecurity>
  <Lines>137</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OUE Application for Exchange Program - No References</dc:title>
  <dc:subject>Application form with all cross-document references and fields removed</dc:subject>
  <dc:creator>下田　直美(shimoda)</dc:creator>
  <cp:keywords/>
  <dc:description>generated by python-docx</dc:description>
  <cp:lastModifiedBy>下田　直美(shimoda)</cp:lastModifiedBy>
  <cp:revision>3</cp:revision>
  <dcterms:created xsi:type="dcterms:W3CDTF">2026-08-21T04:43:00Z</dcterms:created>
  <dcterms:modified xsi:type="dcterms:W3CDTF">2026-08-21T04:48:00Z</dcterms:modified>
  <cp:category/>
</cp:coreProperties>
</file>