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D5B3" w14:textId="77777777" w:rsidR="005A50C0" w:rsidRDefault="00000000">
      <w:pPr>
        <w:spacing w:after="20"/>
        <w:jc w:val="center"/>
      </w:pPr>
      <w:r>
        <w:rPr>
          <w:rFonts w:ascii="Arial" w:eastAsia="游ゴシック" w:hAnsi="Arial"/>
          <w:b/>
          <w:color w:val="1F4E78"/>
          <w:sz w:val="34"/>
        </w:rPr>
        <w:t>個人情報票</w:t>
      </w:r>
    </w:p>
    <w:p w14:paraId="16CA1164" w14:textId="77777777" w:rsidR="005A50C0" w:rsidRDefault="00000000">
      <w:pPr>
        <w:spacing w:after="100"/>
        <w:jc w:val="center"/>
      </w:pPr>
      <w:r>
        <w:rPr>
          <w:rFonts w:ascii="Arial" w:eastAsia="游ゴシック" w:hAnsi="Arial"/>
          <w:b/>
          <w:color w:val="4472C4"/>
        </w:rPr>
        <w:t>PERSONAL INFORMATION SHEET</w:t>
      </w:r>
    </w:p>
    <w:tbl>
      <w:tblPr>
        <w:tblW w:w="0" w:type="auto"/>
        <w:jc w:val="center"/>
        <w:tblBorders>
          <w:top w:val="single" w:sz="8" w:space="0" w:color="D6A85F"/>
          <w:left w:val="single" w:sz="8" w:space="0" w:color="D6A85F"/>
          <w:bottom w:val="single" w:sz="8" w:space="0" w:color="D6A85F"/>
          <w:right w:val="single" w:sz="8" w:space="0" w:color="D6A85F"/>
          <w:insideH w:val="single" w:sz="8" w:space="0" w:color="D6A85F"/>
          <w:insideV w:val="single" w:sz="8" w:space="0" w:color="D6A85F"/>
        </w:tblBorders>
        <w:tblLook w:val="04A0" w:firstRow="1" w:lastRow="0" w:firstColumn="1" w:lastColumn="0" w:noHBand="0" w:noVBand="1"/>
      </w:tblPr>
      <w:tblGrid>
        <w:gridCol w:w="10426"/>
      </w:tblGrid>
      <w:tr w:rsidR="005A50C0" w14:paraId="13F1AA78" w14:textId="77777777" w:rsidTr="001E5FE1">
        <w:trPr>
          <w:trHeight w:val="532"/>
          <w:jc w:val="center"/>
        </w:trPr>
        <w:tc>
          <w:tcPr>
            <w:tcW w:w="10426" w:type="dxa"/>
            <w:shd w:val="clear" w:color="auto" w:fill="FFF4E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445C70A" w14:textId="3BBB6324" w:rsidR="005A50C0" w:rsidRDefault="00000000">
            <w:r>
              <w:rPr>
                <w:rFonts w:ascii="Arial" w:eastAsia="游ゴシック" w:hAnsi="Arial"/>
                <w:b/>
                <w:color w:val="1F4E78"/>
                <w:sz w:val="17"/>
                <w:lang w:eastAsia="ja-JP"/>
              </w:rPr>
              <w:t>国際交流課事務用</w:t>
            </w:r>
            <w:r w:rsidR="001E5FE1">
              <w:rPr>
                <w:rFonts w:ascii="Arial" w:eastAsia="游ゴシック" w:hAnsi="Arial" w:hint="eastAsia"/>
                <w:b/>
                <w:color w:val="1F4E78"/>
                <w:sz w:val="17"/>
                <w:lang w:eastAsia="ja-JP"/>
              </w:rPr>
              <w:t xml:space="preserve">　</w:t>
            </w:r>
            <w:r>
              <w:rPr>
                <w:rFonts w:ascii="Arial" w:eastAsia="游ゴシック" w:hAnsi="Arial"/>
                <w:color w:val="4472C4"/>
                <w:sz w:val="15"/>
              </w:rPr>
              <w:t>For administrative use</w:t>
            </w:r>
            <w:r w:rsidR="001E5FE1">
              <w:rPr>
                <w:rFonts w:ascii="Arial" w:eastAsia="游ゴシック" w:hAnsi="Arial" w:hint="eastAsia"/>
                <w:color w:val="4472C4"/>
                <w:sz w:val="15"/>
                <w:lang w:eastAsia="ja-JP"/>
              </w:rPr>
              <w:t xml:space="preserve"> only. </w:t>
            </w:r>
            <w:r>
              <w:rPr>
                <w:rFonts w:ascii="Arial" w:eastAsia="游ゴシック" w:hAnsi="Arial"/>
                <w:color w:val="666666"/>
                <w:sz w:val="16"/>
                <w:lang w:eastAsia="ja-JP"/>
              </w:rPr>
              <w:t>コンピューターで入力し、</w:t>
            </w:r>
            <w:r>
              <w:rPr>
                <w:rFonts w:ascii="Arial" w:eastAsia="游ゴシック" w:hAnsi="Arial"/>
                <w:color w:val="666666"/>
                <w:sz w:val="16"/>
                <w:lang w:eastAsia="ja-JP"/>
              </w:rPr>
              <w:t>Word</w:t>
            </w:r>
            <w:r>
              <w:rPr>
                <w:rFonts w:ascii="Arial" w:eastAsia="游ゴシック" w:hAnsi="Arial"/>
                <w:color w:val="666666"/>
                <w:sz w:val="16"/>
                <w:lang w:eastAsia="ja-JP"/>
              </w:rPr>
              <w:t>ファイルで提出してください。</w:t>
            </w:r>
            <w:r>
              <w:rPr>
                <w:rFonts w:ascii="Arial" w:eastAsia="游ゴシック" w:hAnsi="Arial"/>
                <w:color w:val="4472C4"/>
                <w:sz w:val="15"/>
                <w:lang w:eastAsia="ja-JP"/>
              </w:rPr>
              <w:t xml:space="preserve">  </w:t>
            </w:r>
            <w:r>
              <w:rPr>
                <w:rFonts w:ascii="Arial" w:eastAsia="游ゴシック" w:hAnsi="Arial"/>
                <w:color w:val="4472C4"/>
                <w:sz w:val="15"/>
              </w:rPr>
              <w:t>Please complete this form by computer and submit it as a Word file.</w:t>
            </w:r>
          </w:p>
        </w:tc>
      </w:tr>
    </w:tbl>
    <w:p w14:paraId="39257D49" w14:textId="77777777" w:rsidR="005A50C0" w:rsidRDefault="00000000">
      <w:pPr>
        <w:keepNext/>
        <w:shd w:val="clear" w:color="auto" w:fill="1F4E78"/>
        <w:spacing w:before="140" w:after="80"/>
      </w:pPr>
      <w:r>
        <w:rPr>
          <w:rFonts w:ascii="Arial" w:eastAsia="游ゴシック" w:hAnsi="Arial"/>
          <w:b/>
          <w:color w:val="FFFFFF"/>
          <w:sz w:val="21"/>
        </w:rPr>
        <w:t xml:space="preserve">  1. </w:t>
      </w:r>
      <w:r>
        <w:rPr>
          <w:rFonts w:ascii="Arial" w:eastAsia="游ゴシック" w:hAnsi="Arial"/>
          <w:b/>
          <w:color w:val="FFFFFF"/>
          <w:sz w:val="21"/>
        </w:rPr>
        <w:t>基本情報</w:t>
      </w:r>
      <w:r>
        <w:rPr>
          <w:rFonts w:ascii="Arial" w:eastAsia="游ゴシック" w:hAnsi="Arial"/>
          <w:b/>
          <w:color w:val="FFFFFF"/>
          <w:sz w:val="17"/>
        </w:rPr>
        <w:t xml:space="preserve">  1. PERSONAL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FBAD0"/>
          <w:left w:val="single" w:sz="6" w:color="9FBAD0"/>
          <w:bottom w:val="single" w:sz="6" w:color="9FBAD0"/>
          <w:right w:val="single" w:sz="6" w:color="9FBAD0"/>
          <w:insideH w:val="single" w:sz="6" w:color="9FBAD0"/>
          <w:insideV w:val="single" w:sz="6" w:color="9FBAD0"/>
        </w:tblBorders>
      </w:tblPr>
      <w:tblGrid>
        <w:gridCol w:w="1927"/>
        <w:gridCol w:w="3118"/>
        <w:gridCol w:w="1927"/>
        <w:gridCol w:w="3118"/>
      </w:tblGrid>
      <w:tr>
        <w:trPr>
          <w:cantSplit/>
        </w:trPr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姓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Family name</w:t>
            </w:r>
          </w:p>
        </w:tc>
        <w:tc>
          <w:tcPr>
            <w:tcW w:type="dxa" w:w="3118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名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Given name(s)</w:t>
            </w:r>
          </w:p>
        </w:tc>
        <w:tc>
          <w:tcPr>
            <w:tcW w:type="dxa" w:w="3118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0092"/>
            <w:gridSpan w:val="4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/>
                <w:color w:val="1F4E78"/>
                <w:sz w:val="15"/>
              </w:rPr>
              <w:t>※ 姓・名は、パスポートの表記どおりに記入してください。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t xml:space="preserve">  Please enter your family name and given name(s) exactly as shown on your passport.</w:t>
            </w:r>
          </w:p>
        </w:tc>
      </w:tr>
      <w:tr>
        <w:trPr>
          <w:cantSplit/>
        </w:trPr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生年月日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Date of birth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Arial" w:hAnsi="Arial" w:eastAsia="Yu Gothic"/>
                <w:b w:val="0"/>
                <w:sz w:val="15"/>
              </w:rPr>
              <w:t>年 / Y: ____  月 / M: ____  日 / D: ____</w:t>
            </w:r>
          </w:p>
        </w:tc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国籍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Nationality</w:t>
            </w:r>
          </w:p>
        </w:tc>
        <w:tc>
          <w:tcPr>
            <w:tcW w:type="dxa" w:w="3118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現住所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Current address</w:t>
            </w:r>
          </w:p>
          <w:p>
            <w:pPr>
              <w:spacing w:after="0"/>
            </w:pPr>
            <w:r>
              <w:rPr>
                <w:rFonts w:ascii="Arial" w:hAnsi="Arial" w:eastAsia="Yu Gothic"/>
                <w:b w:val="0"/>
                <w:color w:val="1F4E78"/>
                <w:sz w:val="13"/>
              </w:rPr>
              <w:t>番地・郵便番号を含む完全な住所</w:t>
            </w:r>
            <w:r>
              <w:rPr>
                <w:rFonts w:ascii="Arial" w:hAnsi="Arial" w:eastAsia="Yu Gothic"/>
                <w:b w:val="0"/>
                <w:color w:val="4472C4"/>
                <w:sz w:val="13"/>
              </w:rPr>
              <w:br/>
              <w:t>Full address including street address and postal code</w:t>
            </w:r>
          </w:p>
        </w:tc>
        <w:tc>
          <w:tcPr>
            <w:tcW w:type="dxa" w:w="8164"/>
            <w:gridSpan w:val="3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電話番号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Phone number</w:t>
            </w:r>
          </w:p>
        </w:tc>
        <w:tc>
          <w:tcPr>
            <w:tcW w:type="dxa" w:w="3118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メールアドレス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E-mail address</w:t>
            </w:r>
          </w:p>
        </w:tc>
        <w:tc>
          <w:tcPr>
            <w:tcW w:type="dxa" w:w="3118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</w:tr>
    </w:tbl>
    <w:p w14:paraId="5FC1F53E" w14:textId="77777777" w:rsidR="005A50C0" w:rsidRDefault="00000000">
      <w:pPr>
        <w:keepNext/>
        <w:shd w:val="clear" w:color="auto" w:fill="1F4E78"/>
        <w:spacing w:before="140" w:after="80"/>
      </w:pPr>
      <w:r>
        <w:rPr>
          <w:rFonts w:ascii="Arial" w:eastAsia="游ゴシック" w:hAnsi="Arial"/>
          <w:b/>
          <w:color w:val="FFFFFF"/>
          <w:sz w:val="21"/>
        </w:rPr>
        <w:t xml:space="preserve">  2. </w:t>
      </w:r>
      <w:r>
        <w:rPr>
          <w:rFonts w:ascii="Arial" w:eastAsia="游ゴシック" w:hAnsi="Arial"/>
          <w:b/>
          <w:color w:val="FFFFFF"/>
          <w:sz w:val="21"/>
        </w:rPr>
        <w:t>緊急連絡先</w:t>
      </w:r>
      <w:r>
        <w:rPr>
          <w:rFonts w:ascii="Arial" w:eastAsia="游ゴシック" w:hAnsi="Arial"/>
          <w:b/>
          <w:color w:val="FFFFFF"/>
          <w:sz w:val="17"/>
        </w:rPr>
        <w:t xml:space="preserve">  2. EMERGENCY CONTACT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FBAD0"/>
          <w:left w:val="single" w:sz="6" w:color="9FBAD0"/>
          <w:bottom w:val="single" w:sz="6" w:color="9FBAD0"/>
          <w:right w:val="single" w:sz="6" w:color="9FBAD0"/>
          <w:insideH w:val="single" w:sz="6" w:color="9FBAD0"/>
          <w:insideV w:val="single" w:sz="6" w:color="9FBAD0"/>
        </w:tblBorders>
      </w:tblPr>
      <w:tblGrid>
        <w:gridCol w:w="1927"/>
        <w:gridCol w:w="3118"/>
        <w:gridCol w:w="1927"/>
        <w:gridCol w:w="3118"/>
      </w:tblGrid>
      <w:tr>
        <w:trPr>
          <w:cantSplit/>
        </w:trPr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氏名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Name</w:t>
            </w:r>
          </w:p>
        </w:tc>
        <w:tc>
          <w:tcPr>
            <w:tcW w:type="dxa" w:w="3118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続柄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Relationship</w:t>
            </w:r>
          </w:p>
        </w:tc>
        <w:tc>
          <w:tcPr>
            <w:tcW w:type="dxa" w:w="3118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電話番号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Phone number</w:t>
            </w:r>
          </w:p>
        </w:tc>
        <w:tc>
          <w:tcPr>
            <w:tcW w:type="dxa" w:w="3118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メールアドレス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E-mail address</w:t>
            </w:r>
          </w:p>
        </w:tc>
        <w:tc>
          <w:tcPr>
            <w:tcW w:type="dxa" w:w="3118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居住国・地域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Country / Region</w:t>
            </w:r>
          </w:p>
        </w:tc>
        <w:tc>
          <w:tcPr>
            <w:tcW w:type="dxa" w:w="8164"/>
            <w:gridSpan w:val="3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r/>
          </w:p>
        </w:tc>
      </w:tr>
    </w:tbl>
    <w:p w14:paraId="641BE337" w14:textId="77777777" w:rsidR="005A50C0" w:rsidRDefault="00000000">
      <w:pPr>
        <w:keepNext/>
        <w:shd w:val="clear" w:color="auto" w:fill="1F4E78"/>
        <w:spacing w:before="140" w:after="80"/>
      </w:pPr>
      <w:r>
        <w:rPr>
          <w:rFonts w:ascii="Arial" w:eastAsia="游ゴシック" w:hAnsi="Arial"/>
          <w:b/>
          <w:color w:val="FFFFFF"/>
          <w:sz w:val="21"/>
        </w:rPr>
        <w:t xml:space="preserve">  3. </w:t>
      </w:r>
      <w:r>
        <w:rPr>
          <w:rFonts w:ascii="Arial" w:eastAsia="游ゴシック" w:hAnsi="Arial"/>
          <w:b/>
          <w:color w:val="FFFFFF"/>
          <w:sz w:val="21"/>
        </w:rPr>
        <w:t>在籍情報</w:t>
      </w:r>
      <w:r>
        <w:rPr>
          <w:rFonts w:ascii="Arial" w:eastAsia="游ゴシック" w:hAnsi="Arial"/>
          <w:b/>
          <w:color w:val="FFFFFF"/>
          <w:sz w:val="17"/>
        </w:rPr>
        <w:t xml:space="preserve">  3. ACADEMIC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9FBAD0"/>
          <w:left w:val="single" w:sz="6" w:color="9FBAD0"/>
          <w:bottom w:val="single" w:sz="6" w:color="9FBAD0"/>
          <w:right w:val="single" w:sz="6" w:color="9FBAD0"/>
          <w:insideH w:val="single" w:sz="6" w:color="9FBAD0"/>
          <w:insideV w:val="single" w:sz="6" w:color="9FBAD0"/>
        </w:tblBorders>
      </w:tblPr>
      <w:tblGrid>
        <w:gridCol w:w="1927"/>
        <w:gridCol w:w="3118"/>
        <w:gridCol w:w="1927"/>
        <w:gridCol w:w="3118"/>
      </w:tblGrid>
      <w:tr>
        <w:trPr>
          <w:cantSplit/>
        </w:trPr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所属大学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Home institution</w:t>
            </w:r>
          </w:p>
        </w:tc>
        <w:tc>
          <w:tcPr>
            <w:tcW w:type="dxa" w:w="8164"/>
            <w:gridSpan w:val="3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所属学部・研究科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Faculty / Graduate School</w:t>
            </w:r>
          </w:p>
        </w:tc>
        <w:tc>
          <w:tcPr>
            <w:tcW w:type="dxa" w:w="8164"/>
            <w:gridSpan w:val="3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専攻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Major / Field</w:t>
            </w:r>
          </w:p>
        </w:tc>
        <w:tc>
          <w:tcPr>
            <w:tcW w:type="dxa" w:w="3118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  <w:tc>
          <w:tcPr>
            <w:tcW w:type="dxa" w:w="1928"/>
            <w:shd w:fill="DCE6F1"/>
            <w:tcMar>
              <w:top w:w="85" w:type="dxa"/>
              <w:start w:w="80" w:type="dxa"/>
              <w:bottom w:w="85" w:type="dxa"/>
              <w:end w:w="80" w:type="dxa"/>
            </w:tcMar>
            <w:vAlign w:val="center"/>
          </w:tcPr>
          <w:p>
            <w:pPr>
              <w:spacing w:after="0" w:line="245" w:lineRule="auto"/>
            </w:pPr>
            <w:r/>
            <w:r>
              <w:rPr>
                <w:rFonts w:ascii="Arial" w:hAnsi="Arial" w:eastAsia="Yu Gothic"/>
                <w:b/>
                <w:color w:val="1F4E78"/>
                <w:sz w:val="16"/>
              </w:rPr>
              <w:t>学年</w:t>
            </w:r>
            <w:r>
              <w:rPr>
                <w:rFonts w:ascii="Arial" w:hAnsi="Arial" w:eastAsia="Yu Gothic"/>
                <w:b w:val="0"/>
                <w:color w:val="4472C4"/>
                <w:sz w:val="14"/>
              </w:rPr>
              <w:br/>
              <w:t>Year of study</w:t>
            </w:r>
          </w:p>
        </w:tc>
        <w:tc>
          <w:tcPr>
            <w:tcW w:type="dxa" w:w="3118"/>
            <w:tcMar>
              <w:top w:w="95" w:type="dxa"/>
              <w:start w:w="95" w:type="dxa"/>
              <w:bottom w:w="95" w:type="dxa"/>
              <w:end w:w="95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Yu Gothic"/>
                <w:b w:val="0"/>
                <w:sz w:val="16"/>
              </w:rPr>
              <w:t xml:space="preserve"> </w:t>
            </w:r>
          </w:p>
        </w:tc>
      </w:tr>
    </w:tbl>
    <w:p w14:paraId="03CB52DD" w14:textId="77777777" w:rsidR="005A50C0" w:rsidRDefault="00000000">
      <w:r>
        <w:br w:type="page"/>
      </w:r>
    </w:p>
    <w:p w14:paraId="2A3688F5" w14:textId="77777777" w:rsidR="005A50C0" w:rsidRDefault="00000000">
      <w:pPr>
        <w:keepNext/>
        <w:shd w:val="clear" w:color="auto" w:fill="1F4E78"/>
        <w:spacing w:before="100" w:after="60"/>
      </w:pPr>
      <w:r>
        <w:rPr>
          <w:rFonts w:ascii="Arial" w:eastAsia="游ゴシック" w:hAnsi="Arial"/>
          <w:b/>
          <w:color w:val="FFFFFF"/>
          <w:sz w:val="21"/>
        </w:rPr>
        <w:lastRenderedPageBreak/>
        <w:t xml:space="preserve">  4. </w:t>
      </w:r>
      <w:r>
        <w:rPr>
          <w:rFonts w:ascii="Arial" w:eastAsia="游ゴシック" w:hAnsi="Arial"/>
          <w:b/>
          <w:color w:val="FFFFFF"/>
          <w:sz w:val="21"/>
        </w:rPr>
        <w:t>学歴</w:t>
      </w:r>
      <w:r>
        <w:rPr>
          <w:rFonts w:ascii="Arial" w:eastAsia="游ゴシック" w:hAnsi="Arial"/>
          <w:b/>
          <w:color w:val="FFFFFF"/>
          <w:sz w:val="17"/>
        </w:rPr>
        <w:t xml:space="preserve">  4. EDUCATIONAL BACKGROUND</w:t>
      </w:r>
    </w:p>
    <w:p w14:paraId="0930D9FA" w14:textId="77777777" w:rsidR="005A50C0" w:rsidRDefault="00000000">
      <w:r>
        <w:rPr>
          <w:rFonts w:ascii="Arial" w:eastAsia="游ゴシック" w:hAnsi="Arial"/>
          <w:color w:val="666666"/>
          <w:sz w:val="16"/>
          <w:lang w:eastAsia="ja-JP"/>
        </w:rPr>
        <w:t>高等教育機関について、現在の所属を含めて新しいものから記入してください。</w:t>
      </w:r>
      <w:r>
        <w:rPr>
          <w:rFonts w:ascii="Arial" w:eastAsia="游ゴシック" w:hAnsi="Arial"/>
          <w:color w:val="4472C4"/>
          <w:sz w:val="15"/>
          <w:lang w:eastAsia="ja-JP"/>
        </w:rPr>
        <w:br/>
      </w:r>
      <w:r>
        <w:rPr>
          <w:rFonts w:ascii="Arial" w:eastAsia="游ゴシック" w:hAnsi="Arial"/>
          <w:color w:val="4472C4"/>
          <w:sz w:val="15"/>
        </w:rPr>
        <w:t>List higher education institutions, including the current institution, beginning with the most recent.</w:t>
      </w:r>
    </w:p>
    <w:tbl>
      <w:tblPr>
        <w:tblW w:w="0" w:type="auto"/>
        <w:jc w:val="center"/>
        <w:tblBorders>
          <w:top w:val="single" w:sz="6" w:space="0" w:color="9FBAD0"/>
          <w:left w:val="single" w:sz="6" w:space="0" w:color="9FBAD0"/>
          <w:bottom w:val="single" w:sz="6" w:space="0" w:color="9FBAD0"/>
          <w:right w:val="single" w:sz="6" w:space="0" w:color="9FBAD0"/>
          <w:insideH w:val="single" w:sz="6" w:space="0" w:color="9FBAD0"/>
          <w:insideV w:val="single" w:sz="6" w:space="0" w:color="9FBAD0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1814"/>
        <w:gridCol w:w="2381"/>
        <w:gridCol w:w="2041"/>
      </w:tblGrid>
      <w:tr w:rsidR="005A50C0" w14:paraId="4CAD4785" w14:textId="77777777">
        <w:trPr>
          <w:jc w:val="center"/>
        </w:trPr>
        <w:tc>
          <w:tcPr>
            <w:tcW w:w="3855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26FD6D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学校名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Institution</w:t>
            </w:r>
          </w:p>
        </w:tc>
        <w:tc>
          <w:tcPr>
            <w:tcW w:w="1814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CD4FB84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国・地域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Country / Region</w:t>
            </w:r>
          </w:p>
        </w:tc>
        <w:tc>
          <w:tcPr>
            <w:tcW w:w="2381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C1C448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専攻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Major</w:t>
            </w:r>
          </w:p>
        </w:tc>
        <w:tc>
          <w:tcPr>
            <w:tcW w:w="2041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193C303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在籍期間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Period attended</w:t>
            </w:r>
          </w:p>
        </w:tc>
      </w:tr>
      <w:tr w:rsidR="005A50C0" w14:paraId="3CCFB382" w14:textId="77777777">
        <w:trPr>
          <w:cantSplit/>
          <w:jc w:val="center"/>
        </w:trPr>
        <w:tc>
          <w:tcPr>
            <w:tcW w:w="385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E9D95DB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1814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8AB28B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38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9F08358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04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EBA2C1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  <w:tr w:rsidR="005A50C0" w14:paraId="1F24707B" w14:textId="77777777">
        <w:trPr>
          <w:cantSplit/>
          <w:jc w:val="center"/>
        </w:trPr>
        <w:tc>
          <w:tcPr>
            <w:tcW w:w="385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266390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1814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6C63CEA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38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1BC049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04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ACA435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  <w:tr w:rsidR="005A50C0" w14:paraId="3EDA4085" w14:textId="77777777">
        <w:trPr>
          <w:cantSplit/>
          <w:jc w:val="center"/>
        </w:trPr>
        <w:tc>
          <w:tcPr>
            <w:tcW w:w="385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FBCF63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1814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4FE559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38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A1E861C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04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0BC6E6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</w:tbl>
    <w:p w14:paraId="55E9F56C" w14:textId="77777777" w:rsidR="005A50C0" w:rsidRDefault="00000000">
      <w:pPr>
        <w:keepNext/>
        <w:shd w:val="clear" w:color="auto" w:fill="1F4E78"/>
        <w:spacing w:before="100" w:after="60"/>
      </w:pPr>
      <w:r>
        <w:rPr>
          <w:rFonts w:ascii="Arial" w:eastAsia="游ゴシック" w:hAnsi="Arial"/>
          <w:b/>
          <w:color w:val="FFFFFF"/>
          <w:sz w:val="21"/>
        </w:rPr>
        <w:t xml:space="preserve">  5. </w:t>
      </w:r>
      <w:r>
        <w:rPr>
          <w:rFonts w:ascii="Arial" w:eastAsia="游ゴシック" w:hAnsi="Arial"/>
          <w:b/>
          <w:color w:val="FFFFFF"/>
          <w:sz w:val="21"/>
        </w:rPr>
        <w:t>日本語学習歴</w:t>
      </w:r>
      <w:r>
        <w:rPr>
          <w:rFonts w:ascii="Arial" w:eastAsia="游ゴシック" w:hAnsi="Arial"/>
          <w:b/>
          <w:color w:val="FFFFFF"/>
          <w:sz w:val="17"/>
        </w:rPr>
        <w:t xml:space="preserve">  5. JAPANESE STUDY BACKGROUND</w:t>
      </w:r>
    </w:p>
    <w:p w14:paraId="0B79188A" w14:textId="77777777" w:rsidR="005A50C0" w:rsidRDefault="00000000">
      <w:r>
        <w:rPr>
          <w:rFonts w:ascii="Arial" w:eastAsia="游ゴシック" w:hAnsi="Arial"/>
          <w:color w:val="666666"/>
          <w:sz w:val="16"/>
          <w:lang w:eastAsia="ja-JP"/>
        </w:rPr>
        <w:t>入管提出用の確認書類作成に使用します。日本語を学習した機関、期間、週当たりの授業時間を記入してください。独学の場合は、学校・機関名欄に「独学（</w:t>
      </w:r>
      <w:r>
        <w:rPr>
          <w:rFonts w:ascii="Arial" w:eastAsia="游ゴシック" w:hAnsi="Arial"/>
          <w:color w:val="666666"/>
          <w:sz w:val="16"/>
          <w:lang w:eastAsia="ja-JP"/>
        </w:rPr>
        <w:t>Self-study</w:t>
      </w:r>
      <w:r>
        <w:rPr>
          <w:rFonts w:ascii="Arial" w:eastAsia="游ゴシック" w:hAnsi="Arial"/>
          <w:color w:val="666666"/>
          <w:sz w:val="16"/>
          <w:lang w:eastAsia="ja-JP"/>
        </w:rPr>
        <w:t>）」と記入し、学習期間およびおおよその総学習時間を記入してください。</w:t>
      </w:r>
      <w:r>
        <w:rPr>
          <w:rFonts w:ascii="Arial" w:eastAsia="游ゴシック" w:hAnsi="Arial"/>
          <w:color w:val="4472C4"/>
          <w:sz w:val="14"/>
          <w:lang w:eastAsia="ja-JP"/>
        </w:rPr>
        <w:br/>
      </w:r>
      <w:r>
        <w:rPr>
          <w:rFonts w:ascii="Arial" w:eastAsia="游ゴシック" w:hAnsi="Arial"/>
          <w:color w:val="4472C4"/>
          <w:sz w:val="14"/>
        </w:rPr>
        <w:t>This information may be used to prepare immigration-related confirmation documents. List each institution, study period, and class hours per week. If you studied Japanese independently, write “Self-study” in the School / Institution column and indicate the study period and approximate total study hours.</w:t>
      </w:r>
    </w:p>
    <w:tbl>
      <w:tblPr>
        <w:tblW w:w="0" w:type="auto"/>
        <w:jc w:val="center"/>
        <w:tblBorders>
          <w:top w:val="single" w:sz="6" w:space="0" w:color="9FBAD0"/>
          <w:left w:val="single" w:sz="6" w:space="0" w:color="9FBAD0"/>
          <w:bottom w:val="single" w:sz="6" w:space="0" w:color="9FBAD0"/>
          <w:right w:val="single" w:sz="6" w:space="0" w:color="9FBAD0"/>
          <w:insideH w:val="single" w:sz="6" w:space="0" w:color="9FBAD0"/>
          <w:insideV w:val="single" w:sz="6" w:space="0" w:color="9FBAD0"/>
        </w:tblBorders>
        <w:tblLayout w:type="fixed"/>
        <w:tblLook w:val="04A0" w:firstRow="1" w:lastRow="0" w:firstColumn="1" w:lastColumn="0" w:noHBand="0" w:noVBand="1"/>
      </w:tblPr>
      <w:tblGrid>
        <w:gridCol w:w="3798"/>
        <w:gridCol w:w="2551"/>
        <w:gridCol w:w="1871"/>
        <w:gridCol w:w="1871"/>
      </w:tblGrid>
      <w:tr w:rsidR="005A50C0" w14:paraId="20D2AD8A" w14:textId="77777777">
        <w:trPr>
          <w:jc w:val="center"/>
        </w:trPr>
        <w:tc>
          <w:tcPr>
            <w:tcW w:w="3798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FAF139D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学校・機関名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School / Institution</w:t>
            </w:r>
          </w:p>
        </w:tc>
        <w:tc>
          <w:tcPr>
            <w:tcW w:w="2551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9051B1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在籍期間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Period attended</w:t>
            </w:r>
          </w:p>
        </w:tc>
        <w:tc>
          <w:tcPr>
            <w:tcW w:w="1871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9ABD1B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週当たり時間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Hours per week</w:t>
            </w:r>
          </w:p>
        </w:tc>
        <w:tc>
          <w:tcPr>
            <w:tcW w:w="1871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4558B6D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総学習時間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Total study hours</w:t>
            </w:r>
          </w:p>
        </w:tc>
      </w:tr>
      <w:tr w:rsidR="005A50C0" w14:paraId="13D68FE5" w14:textId="77777777">
        <w:trPr>
          <w:cantSplit/>
          <w:jc w:val="center"/>
        </w:trPr>
        <w:tc>
          <w:tcPr>
            <w:tcW w:w="379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D5851E9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55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4B3C1F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187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14E615A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187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6F9AFB5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  <w:tr w:rsidR="005A50C0" w14:paraId="631F3D9B" w14:textId="77777777">
        <w:trPr>
          <w:cantSplit/>
          <w:jc w:val="center"/>
        </w:trPr>
        <w:tc>
          <w:tcPr>
            <w:tcW w:w="379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95AEF34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55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0975B69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187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9A837D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187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7B34306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  <w:tr w:rsidR="005A50C0" w14:paraId="062A8974" w14:textId="77777777">
        <w:trPr>
          <w:cantSplit/>
          <w:jc w:val="center"/>
        </w:trPr>
        <w:tc>
          <w:tcPr>
            <w:tcW w:w="379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08B49E3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55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9E567E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187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768EF1F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187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FAA5FD0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</w:tbl>
    <w:p w14:paraId="28E7E748" w14:textId="77777777" w:rsidR="005A50C0" w:rsidRDefault="00000000">
      <w:pPr>
        <w:keepNext/>
        <w:shd w:val="clear" w:color="auto" w:fill="1F4E78"/>
        <w:spacing w:before="100" w:after="60"/>
      </w:pPr>
      <w:r>
        <w:rPr>
          <w:rFonts w:ascii="Arial" w:eastAsia="游ゴシック" w:hAnsi="Arial"/>
          <w:b/>
          <w:color w:val="FFFFFF"/>
          <w:sz w:val="21"/>
        </w:rPr>
        <w:t xml:space="preserve">  6. </w:t>
      </w:r>
      <w:r>
        <w:rPr>
          <w:rFonts w:ascii="Arial" w:eastAsia="游ゴシック" w:hAnsi="Arial"/>
          <w:b/>
          <w:color w:val="FFFFFF"/>
          <w:sz w:val="21"/>
        </w:rPr>
        <w:t>語学資格</w:t>
      </w:r>
      <w:r>
        <w:rPr>
          <w:rFonts w:ascii="Arial" w:eastAsia="游ゴシック" w:hAnsi="Arial"/>
          <w:b/>
          <w:color w:val="FFFFFF"/>
          <w:sz w:val="17"/>
        </w:rPr>
        <w:t xml:space="preserve">  6. LANGUAGE PROFICIENCY CERTIFICATES</w:t>
      </w:r>
    </w:p>
    <w:tbl>
      <w:tblPr>
        <w:tblW w:w="0" w:type="auto"/>
        <w:jc w:val="center"/>
        <w:tblBorders>
          <w:top w:val="single" w:sz="6" w:space="0" w:color="9FBAD0"/>
          <w:left w:val="single" w:sz="6" w:space="0" w:color="9FBAD0"/>
          <w:bottom w:val="single" w:sz="6" w:space="0" w:color="9FBAD0"/>
          <w:right w:val="single" w:sz="6" w:space="0" w:color="9FBAD0"/>
          <w:insideH w:val="single" w:sz="6" w:space="0" w:color="9FBAD0"/>
          <w:insideV w:val="single" w:sz="6" w:space="0" w:color="9FBAD0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515"/>
        <w:gridCol w:w="2381"/>
        <w:gridCol w:w="2211"/>
      </w:tblGrid>
      <w:tr w:rsidR="005A50C0" w14:paraId="01738C78" w14:textId="77777777">
        <w:trPr>
          <w:jc w:val="center"/>
        </w:trPr>
        <w:tc>
          <w:tcPr>
            <w:tcW w:w="1984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3A07B36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言語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Language</w:t>
            </w:r>
          </w:p>
        </w:tc>
        <w:tc>
          <w:tcPr>
            <w:tcW w:w="3515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EA3C074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試験名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Name of test</w:t>
            </w:r>
          </w:p>
        </w:tc>
        <w:tc>
          <w:tcPr>
            <w:tcW w:w="2381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B1AE2F5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級・スコア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Level / Score</w:t>
            </w:r>
          </w:p>
        </w:tc>
        <w:tc>
          <w:tcPr>
            <w:tcW w:w="2211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181890D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受験日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Test date</w:t>
            </w:r>
          </w:p>
        </w:tc>
      </w:tr>
      <w:tr w:rsidR="005A50C0" w14:paraId="410DDAD3" w14:textId="77777777">
        <w:trPr>
          <w:cantSplit/>
          <w:jc w:val="center"/>
        </w:trPr>
        <w:tc>
          <w:tcPr>
            <w:tcW w:w="1984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8E09BC7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351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C5065F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38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0925118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21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83DAC76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  <w:tr w:rsidR="005A50C0" w14:paraId="2E9C6F1D" w14:textId="77777777">
        <w:trPr>
          <w:cantSplit/>
          <w:jc w:val="center"/>
        </w:trPr>
        <w:tc>
          <w:tcPr>
            <w:tcW w:w="1984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909938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351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52E34C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38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E687F1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21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F9FE45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  <w:tr w:rsidR="005A50C0" w14:paraId="3BAD3B84" w14:textId="77777777">
        <w:trPr>
          <w:cantSplit/>
          <w:jc w:val="center"/>
        </w:trPr>
        <w:tc>
          <w:tcPr>
            <w:tcW w:w="1984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5F8167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351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4F42C66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38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58390C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21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1913BBC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</w:tbl>
    <w:p w14:paraId="7FD114D6" w14:textId="77777777" w:rsidR="005A50C0" w:rsidRDefault="00000000">
      <w:pPr>
        <w:keepNext/>
        <w:shd w:val="clear" w:color="auto" w:fill="1F4E78"/>
        <w:spacing w:before="100" w:after="60"/>
      </w:pPr>
      <w:r>
        <w:rPr>
          <w:rFonts w:ascii="Arial" w:eastAsia="游ゴシック" w:hAnsi="Arial"/>
          <w:b/>
          <w:color w:val="FFFFFF"/>
          <w:sz w:val="21"/>
        </w:rPr>
        <w:t xml:space="preserve">  7. </w:t>
      </w:r>
      <w:r>
        <w:rPr>
          <w:rFonts w:ascii="Arial" w:eastAsia="游ゴシック" w:hAnsi="Arial"/>
          <w:b/>
          <w:color w:val="FFFFFF"/>
          <w:sz w:val="21"/>
        </w:rPr>
        <w:t>日本への出入国歴</w:t>
      </w:r>
      <w:r>
        <w:rPr>
          <w:rFonts w:ascii="Arial" w:eastAsia="游ゴシック" w:hAnsi="Arial"/>
          <w:b/>
          <w:color w:val="FFFFFF"/>
          <w:sz w:val="17"/>
        </w:rPr>
        <w:t xml:space="preserve">  7. PREVIOUS VISITS TO JAPAN</w:t>
      </w:r>
    </w:p>
    <w:tbl>
      <w:tblPr>
        <w:tblW w:w="0" w:type="auto"/>
        <w:jc w:val="center"/>
        <w:tblBorders>
          <w:top w:val="single" w:sz="6" w:space="0" w:color="9FBAD0"/>
          <w:left w:val="single" w:sz="6" w:space="0" w:color="9FBAD0"/>
          <w:bottom w:val="single" w:sz="6" w:space="0" w:color="9FBAD0"/>
          <w:right w:val="single" w:sz="6" w:space="0" w:color="9FBAD0"/>
          <w:insideH w:val="single" w:sz="6" w:space="0" w:color="9FBAD0"/>
          <w:insideV w:val="single" w:sz="6" w:space="0" w:color="9FBAD0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2721"/>
        <w:gridCol w:w="4649"/>
      </w:tblGrid>
      <w:tr w:rsidR="005A50C0" w14:paraId="6B747844" w14:textId="77777777">
        <w:trPr>
          <w:jc w:val="center"/>
        </w:trPr>
        <w:tc>
          <w:tcPr>
            <w:tcW w:w="2721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1951E7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入国年月日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Date of entry</w:t>
            </w:r>
          </w:p>
        </w:tc>
        <w:tc>
          <w:tcPr>
            <w:tcW w:w="2721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67BDA5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出国年月日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Date of departure</w:t>
            </w:r>
          </w:p>
        </w:tc>
        <w:tc>
          <w:tcPr>
            <w:tcW w:w="4649" w:type="dxa"/>
            <w:shd w:val="clear" w:color="auto" w:fill="DCE6F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E33BA9" w14:textId="77777777" w:rsidR="005A50C0" w:rsidRDefault="00000000">
            <w:pPr>
              <w:spacing w:before="0" w:after="0"/>
              <w:jc w:val="center"/>
            </w:pPr>
            <w:r>
              <w:rPr>
                <w:rFonts w:ascii="Arial" w:eastAsia="游ゴシック" w:hAnsi="Arial"/>
                <w:b/>
                <w:color w:val="1F4E78"/>
                <w:sz w:val="15"/>
              </w:rPr>
              <w:t>入国目的</w:t>
            </w:r>
            <w:r>
              <w:rPr>
                <w:rFonts w:ascii="Arial" w:eastAsia="游ゴシック" w:hAnsi="Arial"/>
                <w:color w:val="4472C4"/>
                <w:sz w:val="13"/>
              </w:rPr>
              <w:br/>
              <w:t>Purpose of visit</w:t>
            </w:r>
          </w:p>
        </w:tc>
      </w:tr>
      <w:tr w:rsidR="005A50C0" w14:paraId="79DFE237" w14:textId="77777777">
        <w:trPr>
          <w:cantSplit/>
          <w:jc w:val="center"/>
        </w:trPr>
        <w:tc>
          <w:tcPr>
            <w:tcW w:w="272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36B98B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72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478F89D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46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FE68742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  <w:tr w:rsidR="005A50C0" w14:paraId="004F94B7" w14:textId="77777777">
        <w:trPr>
          <w:cantSplit/>
          <w:jc w:val="center"/>
        </w:trPr>
        <w:tc>
          <w:tcPr>
            <w:tcW w:w="272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CF63FE9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72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FE7EB9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46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7505813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  <w:tr w:rsidR="005A50C0" w14:paraId="5B415A7D" w14:textId="77777777">
        <w:trPr>
          <w:cantSplit/>
          <w:jc w:val="center"/>
        </w:trPr>
        <w:tc>
          <w:tcPr>
            <w:tcW w:w="272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808F2B9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272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A544633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  <w:tc>
          <w:tcPr>
            <w:tcW w:w="464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15F412" w14:textId="77777777" w:rsidR="005A50C0" w:rsidRDefault="00000000">
            <w:pPr>
              <w:spacing w:after="0" w:before="0"/>
            </w:pPr>
            <w:r>
              <w:rPr>
                <w:rFonts w:ascii="Arial" w:eastAsia="游ゴシック" w:hAnsi="Arial"/>
                <w:sz w:val="18"/>
              </w:rPr>
              <w:t xml:space="preserve"> </w:t>
            </w:r>
          </w:p>
        </w:tc>
      </w:tr>
    </w:tbl>
    <w:p w14:paraId="7539424D" w14:textId="77777777" w:rsidR="005A50C0" w:rsidRDefault="00000000">
      <w:pPr>
        <w:spacing w:before="100" w:after="40"/>
      </w:pPr>
      <w:r>
        <w:rPr>
          <w:rFonts w:ascii="Arial" w:eastAsia="游ゴシック" w:hAnsi="Arial"/>
          <w:b/>
          <w:color w:val="1F4E78"/>
          <w:sz w:val="19"/>
        </w:rPr>
        <w:lastRenderedPageBreak/>
        <w:t>確認事項</w:t>
      </w:r>
      <w:r>
        <w:rPr>
          <w:rFonts w:ascii="Arial" w:eastAsia="游ゴシック" w:hAnsi="Arial"/>
          <w:b/>
          <w:color w:val="1F4E78"/>
          <w:sz w:val="19"/>
        </w:rPr>
        <w:t xml:space="preserve"> / Declaration</w:t>
      </w:r>
    </w:p>
    <w:tbl>
      <w:tblPr>
        <w:tblW w:w="0" w:type="auto"/>
        <w:jc w:val="center"/>
        <w:tblBorders>
          <w:top w:val="single" w:sz="7" w:space="0" w:color="B4C7E7"/>
          <w:left w:val="single" w:sz="7" w:space="0" w:color="B4C7E7"/>
          <w:bottom w:val="single" w:sz="7" w:space="0" w:color="B4C7E7"/>
          <w:right w:val="single" w:sz="7" w:space="0" w:color="B4C7E7"/>
          <w:insideH w:val="single" w:sz="7" w:space="0" w:color="B4C7E7"/>
          <w:insideV w:val="single" w:sz="7" w:space="0" w:color="B4C7E7"/>
        </w:tblBorders>
        <w:tblLook w:val="04A0" w:firstRow="1" w:lastRow="0" w:firstColumn="1" w:lastColumn="0" w:noHBand="0" w:noVBand="1"/>
      </w:tblPr>
      <w:tblGrid>
        <w:gridCol w:w="10426"/>
      </w:tblGrid>
      <w:tr w:rsidR="005A50C0" w14:paraId="4008F278" w14:textId="77777777">
        <w:trPr>
          <w:jc w:val="center"/>
        </w:trPr>
        <w:tc>
          <w:tcPr>
            <w:tcW w:w="10426" w:type="dxa"/>
            <w:shd w:val="clear" w:color="auto" w:fill="F4F8FB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0B17C75" w14:textId="77777777" w:rsidR="005A50C0" w:rsidRDefault="00000000">
            <w:r>
              <w:rPr>
                <w:rFonts w:ascii="Arial" w:eastAsia="游ゴシック" w:hAnsi="Arial"/>
                <w:b/>
                <w:color w:val="1F4E78"/>
                <w:sz w:val="16"/>
                <w:lang w:eastAsia="ja-JP"/>
              </w:rPr>
              <w:t>上記の内容が正確であることを確認します。</w:t>
            </w:r>
            <w:r>
              <w:rPr>
                <w:rFonts w:ascii="Arial" w:eastAsia="游ゴシック" w:hAnsi="Arial"/>
                <w:color w:val="4472C4"/>
                <w:sz w:val="15"/>
                <w:lang w:eastAsia="ja-JP"/>
              </w:rPr>
              <w:br/>
            </w:r>
            <w:r>
              <w:rPr>
                <w:rFonts w:ascii="Arial" w:eastAsia="游ゴシック" w:hAnsi="Arial"/>
                <w:color w:val="4472C4"/>
                <w:sz w:val="15"/>
              </w:rPr>
              <w:t>I confirm that the information provided above is accurate.</w:t>
            </w:r>
          </w:p>
          <w:p w14:paraId="24007158" w14:textId="77777777" w:rsidR="005A50C0" w:rsidRDefault="00000000">
            <w:r>
              <w:rPr>
                <w:rFonts w:ascii="Arial" w:eastAsia="游ゴシック" w:hAnsi="Arial"/>
                <w:sz w:val="16"/>
              </w:rPr>
              <w:t>日付</w:t>
            </w:r>
            <w:r>
              <w:rPr>
                <w:rFonts w:ascii="Arial" w:eastAsia="游ゴシック" w:hAnsi="Arial"/>
                <w:sz w:val="16"/>
              </w:rPr>
              <w:t xml:space="preserve"> / Date: ____________________      </w:t>
            </w:r>
            <w:r>
              <w:rPr>
                <w:rFonts w:ascii="Arial" w:eastAsia="游ゴシック" w:hAnsi="Arial"/>
                <w:sz w:val="16"/>
              </w:rPr>
              <w:t>署名</w:t>
            </w:r>
            <w:r>
              <w:rPr>
                <w:rFonts w:ascii="Arial" w:eastAsia="游ゴシック" w:hAnsi="Arial"/>
                <w:sz w:val="16"/>
              </w:rPr>
              <w:t xml:space="preserve"> / Signature: ______________________________</w:t>
            </w:r>
          </w:p>
        </w:tc>
      </w:tr>
    </w:tbl>
    <w:p w14:paraId="324AB398" w14:textId="77777777" w:rsidR="00804325" w:rsidRDefault="00804325"/>
    <w:sectPr w:rsidR="00804325" w:rsidSect="00034616">
      <w:headerReference w:type="default" r:id="rId8"/>
      <w:footerReference w:type="default" r:id="rId9"/>
      <w:pgSz w:w="12240" w:h="15840"/>
      <w:pgMar w:top="737" w:right="907" w:bottom="737" w:left="907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F2191" w14:textId="77777777" w:rsidR="00804325" w:rsidRDefault="00804325">
      <w:pPr>
        <w:spacing w:after="0" w:line="240" w:lineRule="auto"/>
      </w:pPr>
      <w:r>
        <w:separator/>
      </w:r>
    </w:p>
  </w:endnote>
  <w:endnote w:type="continuationSeparator" w:id="0">
    <w:p w14:paraId="60EE9FC5" w14:textId="77777777" w:rsidR="00804325" w:rsidRDefault="0080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8812" w14:textId="77777777" w:rsidR="005A50C0" w:rsidRDefault="00000000">
    <w:pPr>
      <w:pStyle w:val="a7"/>
      <w:jc w:val="right"/>
    </w:pPr>
    <w:r>
      <w:rPr>
        <w:rFonts w:ascii="Arial" w:eastAsia="游ゴシック" w:hAnsi="Arial"/>
        <w:color w:val="666666"/>
        <w:sz w:val="14"/>
      </w:rPr>
      <w:t>Personal Information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F045A" w14:textId="77777777" w:rsidR="00804325" w:rsidRDefault="00804325">
      <w:pPr>
        <w:spacing w:after="0" w:line="240" w:lineRule="auto"/>
      </w:pPr>
      <w:r>
        <w:separator/>
      </w:r>
    </w:p>
  </w:footnote>
  <w:footnote w:type="continuationSeparator" w:id="0">
    <w:p w14:paraId="7BE672CA" w14:textId="77777777" w:rsidR="00804325" w:rsidRDefault="00804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AA7A" w14:textId="77777777" w:rsidR="005A50C0" w:rsidRDefault="00000000">
    <w:pPr>
      <w:pStyle w:val="a5"/>
      <w:jc w:val="right"/>
    </w:pPr>
    <w:r>
      <w:rPr>
        <w:rFonts w:ascii="Arial" w:eastAsia="游ゴシック" w:hAnsi="Arial"/>
        <w:color w:val="666666"/>
        <w:sz w:val="14"/>
      </w:rPr>
      <w:t>OSAKA UNIVERSITY OF ECONOMICS  |  International Exchange Section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4014187">
    <w:abstractNumId w:val="8"/>
  </w:num>
  <w:num w:numId="2" w16cid:durableId="259608933">
    <w:abstractNumId w:val="6"/>
  </w:num>
  <w:num w:numId="3" w16cid:durableId="1505974064">
    <w:abstractNumId w:val="5"/>
  </w:num>
  <w:num w:numId="4" w16cid:durableId="324237866">
    <w:abstractNumId w:val="4"/>
  </w:num>
  <w:num w:numId="5" w16cid:durableId="1727484973">
    <w:abstractNumId w:val="7"/>
  </w:num>
  <w:num w:numId="6" w16cid:durableId="1092162504">
    <w:abstractNumId w:val="3"/>
  </w:num>
  <w:num w:numId="7" w16cid:durableId="1965848318">
    <w:abstractNumId w:val="2"/>
  </w:num>
  <w:num w:numId="8" w16cid:durableId="1170754193">
    <w:abstractNumId w:val="1"/>
  </w:num>
  <w:num w:numId="9" w16cid:durableId="77787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FE1"/>
    <w:rsid w:val="0029639D"/>
    <w:rsid w:val="00326F90"/>
    <w:rsid w:val="005A50C0"/>
    <w:rsid w:val="0076378F"/>
    <w:rsid w:val="0080432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9C357A"/>
  <w14:defaultImageDpi w14:val="300"/>
  <w15:docId w15:val="{C6C6FD47-CFDA-405E-8A75-A5F326A3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573</Words>
  <Characters>1536</Characters>
  <Application>Microsoft Office Word</Application>
  <DocSecurity>0</DocSecurity>
  <Lines>153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 Personal Information Sheet - Name Separated v2</dc:title>
  <dc:subject>Name fields separated, passport instruction added, compact two-column short-entry layout, no references</dc:subject>
  <dc:creator>下田　直美(shimoda)</dc:creator>
  <keywords/>
  <dc:description>generated by python-docx</dc:description>
  <lastModifiedBy>下田　直美(shimoda)</lastModifiedBy>
  <revision>3</revision>
  <dcterms:created xsi:type="dcterms:W3CDTF">2026-08-21T05:00:31.3386542Z</dcterms:created>
  <dcterms:modified xsi:type="dcterms:W3CDTF">2026-08-21T05:00:31.3386542Z</dcterms:modified>
  <category/>
</coreProperties>
</file>